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20"/>
        <w:gridCol w:w="3078"/>
      </w:tblGrid>
      <w:tr w:rsidR="00E70210" w14:paraId="45831A51" w14:textId="77777777" w:rsidTr="009412F9">
        <w:tc>
          <w:tcPr>
            <w:tcW w:w="7920" w:type="dxa"/>
            <w:shd w:val="clear" w:color="auto" w:fill="003087"/>
          </w:tcPr>
          <w:p w14:paraId="17B733B3" w14:textId="5D3765BA" w:rsidR="009D1A1A" w:rsidRPr="009D1A1A" w:rsidRDefault="002F3678" w:rsidP="009D1A1A">
            <w:pPr>
              <w:pStyle w:val="Default"/>
              <w:jc w:val="center"/>
            </w:pPr>
            <w:r w:rsidRPr="00306C97">
              <w:rPr>
                <w:noProof/>
                <w:color w:val="FFFFFF" w:themeColor="background1"/>
              </w:rPr>
              <w:drawing>
                <wp:anchor distT="0" distB="0" distL="114300" distR="114300" simplePos="0" relativeHeight="251658240" behindDoc="0" locked="0" layoutInCell="1" allowOverlap="1" wp14:anchorId="26F300BD" wp14:editId="04324615">
                  <wp:simplePos x="0" y="0"/>
                  <wp:positionH relativeFrom="column">
                    <wp:posOffset>0</wp:posOffset>
                  </wp:positionH>
                  <wp:positionV relativeFrom="page">
                    <wp:posOffset>-635</wp:posOffset>
                  </wp:positionV>
                  <wp:extent cx="1247775" cy="971550"/>
                  <wp:effectExtent l="0" t="0" r="9525" b="0"/>
                  <wp:wrapSquare wrapText="bothSides"/>
                  <wp:docPr id="207072642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9D1A1A" w:rsidRPr="00D360D1">
              <w:rPr>
                <w:color w:val="FFFFFF" w:themeColor="background1"/>
              </w:rPr>
              <w:t>THE AMERICAN LEGION</w:t>
            </w:r>
          </w:p>
          <w:p w14:paraId="6A4729F9" w14:textId="4827BAC5" w:rsidR="009D1A1A" w:rsidRPr="00D360D1" w:rsidRDefault="009D1A1A" w:rsidP="009D1A1A">
            <w:pPr>
              <w:pStyle w:val="Default"/>
              <w:jc w:val="center"/>
              <w:rPr>
                <w:color w:val="FFFFFF" w:themeColor="background1"/>
              </w:rPr>
            </w:pPr>
            <w:r w:rsidRPr="00D360D1">
              <w:rPr>
                <w:color w:val="FFFFFF" w:themeColor="background1"/>
              </w:rPr>
              <w:t>DEPARTMENT OF PENNSYLVANIA</w:t>
            </w:r>
          </w:p>
          <w:p w14:paraId="47222E64" w14:textId="3734FAC6" w:rsidR="009D1A1A" w:rsidRPr="00D360D1" w:rsidRDefault="009D1A1A" w:rsidP="009D1A1A">
            <w:pPr>
              <w:pStyle w:val="Default"/>
              <w:jc w:val="center"/>
              <w:rPr>
                <w:color w:val="FFFFFF" w:themeColor="background1"/>
              </w:rPr>
            </w:pPr>
            <w:r w:rsidRPr="00D360D1">
              <w:rPr>
                <w:color w:val="FFFFFF" w:themeColor="background1"/>
              </w:rPr>
              <w:t>PO Box 2324,</w:t>
            </w:r>
          </w:p>
          <w:p w14:paraId="055A929D" w14:textId="0685444B" w:rsidR="009D1A1A" w:rsidRPr="00D360D1" w:rsidRDefault="009D1A1A" w:rsidP="009D1A1A">
            <w:pPr>
              <w:pStyle w:val="Default"/>
              <w:jc w:val="center"/>
              <w:rPr>
                <w:color w:val="FFFFFF" w:themeColor="background1"/>
              </w:rPr>
            </w:pPr>
            <w:r w:rsidRPr="00D360D1">
              <w:rPr>
                <w:color w:val="FFFFFF" w:themeColor="background1"/>
              </w:rPr>
              <w:t>Harrisburg, PA 17105-2324</w:t>
            </w:r>
          </w:p>
          <w:p w14:paraId="14C1EFA3" w14:textId="7EB7542B" w:rsidR="00E70210" w:rsidRDefault="009D1A1A" w:rsidP="009D1A1A">
            <w:pPr>
              <w:pStyle w:val="Default"/>
              <w:jc w:val="center"/>
            </w:pPr>
            <w:r w:rsidRPr="00D360D1">
              <w:rPr>
                <w:b/>
                <w:bCs/>
                <w:color w:val="FFFFFF" w:themeColor="background1"/>
                <w:sz w:val="28"/>
                <w:szCs w:val="28"/>
              </w:rPr>
              <w:t>(P)717-730-9100 (F) 717-975-2836</w:t>
            </w:r>
          </w:p>
        </w:tc>
        <w:tc>
          <w:tcPr>
            <w:tcW w:w="3078" w:type="dxa"/>
            <w:shd w:val="clear" w:color="auto" w:fill="003087"/>
          </w:tcPr>
          <w:p w14:paraId="6F12F663" w14:textId="659CAE02" w:rsidR="00E70210" w:rsidRPr="000F3784" w:rsidRDefault="00A36364" w:rsidP="00D360D1">
            <w:pPr>
              <w:spacing w:before="80"/>
              <w:rPr>
                <w:sz w:val="24"/>
                <w:szCs w:val="24"/>
              </w:rPr>
            </w:pPr>
            <w:r w:rsidRPr="00311825">
              <w:rPr>
                <w:color w:val="FFFFFF" w:themeColor="background1"/>
                <w:sz w:val="24"/>
                <w:szCs w:val="24"/>
              </w:rPr>
              <w:t xml:space="preserve">Report Year: </w:t>
            </w:r>
            <w:r w:rsidRPr="009412F9">
              <w:rPr>
                <w:color w:val="FFFFFF" w:themeColor="background1"/>
                <w:sz w:val="24"/>
                <w:szCs w:val="24"/>
                <w:shd w:val="clear" w:color="auto" w:fill="FFFFFF" w:themeFill="background1"/>
              </w:rPr>
              <w:t>________</w:t>
            </w:r>
            <w:r w:rsidR="00C863C4">
              <w:rPr>
                <w:color w:val="FFFFFF" w:themeColor="background1"/>
                <w:sz w:val="24"/>
                <w:szCs w:val="24"/>
                <w:shd w:val="clear" w:color="auto" w:fill="FFFFFF" w:themeFill="background1"/>
              </w:rPr>
              <w:t xml:space="preserve">   </w:t>
            </w:r>
            <w:r w:rsidRPr="009412F9">
              <w:rPr>
                <w:color w:val="FFFFFF" w:themeColor="background1"/>
                <w:sz w:val="24"/>
                <w:szCs w:val="24"/>
                <w:shd w:val="clear" w:color="auto" w:fill="FFFFFF" w:themeFill="background1"/>
              </w:rPr>
              <w:t>_</w:t>
            </w:r>
            <w:r w:rsidR="009D1A1A" w:rsidRPr="00311825">
              <w:rPr>
                <w:color w:val="FFFFFF" w:themeColor="background1"/>
                <w:sz w:val="24"/>
                <w:szCs w:val="24"/>
              </w:rPr>
              <w:t xml:space="preserve">                                          </w:t>
            </w:r>
          </w:p>
        </w:tc>
      </w:tr>
      <w:tr w:rsidR="00306C97" w14:paraId="7869BDB6" w14:textId="77777777" w:rsidTr="009412F9">
        <w:tc>
          <w:tcPr>
            <w:tcW w:w="7920" w:type="dxa"/>
            <w:shd w:val="clear" w:color="auto" w:fill="003087"/>
          </w:tcPr>
          <w:p w14:paraId="3134E1A0" w14:textId="77777777" w:rsidR="00306C97" w:rsidRPr="00952104" w:rsidRDefault="00306C97" w:rsidP="00CA2DC6">
            <w:pPr>
              <w:pStyle w:val="Default"/>
              <w:rPr>
                <w:color w:val="FFFFFF" w:themeColor="background1"/>
              </w:rPr>
            </w:pPr>
          </w:p>
        </w:tc>
        <w:tc>
          <w:tcPr>
            <w:tcW w:w="3078" w:type="dxa"/>
            <w:shd w:val="clear" w:color="auto" w:fill="003087"/>
          </w:tcPr>
          <w:p w14:paraId="54C082E0" w14:textId="77777777" w:rsidR="00306C97" w:rsidRDefault="00306C97" w:rsidP="00306C97">
            <w:pPr>
              <w:spacing w:before="80"/>
              <w:rPr>
                <w:color w:val="F5D87A"/>
                <w:sz w:val="14"/>
              </w:rPr>
            </w:pPr>
          </w:p>
        </w:tc>
      </w:tr>
    </w:tbl>
    <w:p w14:paraId="5195740F" w14:textId="77777777" w:rsidR="00E70210" w:rsidRDefault="00E70210">
      <w:pPr>
        <w:pBdr>
          <w:bottom w:val="single" w:sz="12" w:space="0" w:color="B8972B"/>
        </w:pBdr>
        <w:spacing w:after="8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98"/>
      </w:tblGrid>
      <w:tr w:rsidR="00E70210" w14:paraId="20A49645" w14:textId="77777777" w:rsidTr="009412F9">
        <w:tc>
          <w:tcPr>
            <w:tcW w:w="10998" w:type="dxa"/>
            <w:tcBorders>
              <w:top w:val="single" w:sz="8" w:space="0" w:color="B8972B"/>
              <w:left w:val="single" w:sz="8" w:space="0" w:color="B8972B"/>
              <w:bottom w:val="single" w:sz="8" w:space="0" w:color="B8972B"/>
              <w:right w:val="single" w:sz="8" w:space="0" w:color="B8972B"/>
            </w:tcBorders>
            <w:shd w:val="clear" w:color="auto" w:fill="003087"/>
          </w:tcPr>
          <w:p w14:paraId="6D924D18" w14:textId="77777777" w:rsidR="00E70210" w:rsidRPr="00D14A2D" w:rsidRDefault="00A36364">
            <w:pPr>
              <w:spacing w:before="40" w:after="40"/>
              <w:rPr>
                <w:sz w:val="24"/>
                <w:szCs w:val="24"/>
              </w:rPr>
            </w:pPr>
            <w:r w:rsidRPr="00D14A2D">
              <w:rPr>
                <w:b/>
                <w:color w:val="FFFFFF"/>
                <w:sz w:val="24"/>
                <w:szCs w:val="24"/>
              </w:rPr>
              <w:t xml:space="preserve">  SECTION 1 — POST INFORMATION</w:t>
            </w:r>
          </w:p>
        </w:tc>
      </w:tr>
    </w:tbl>
    <w:p w14:paraId="652594FA" w14:textId="77777777" w:rsidR="00E70210" w:rsidRDefault="00E70210">
      <w:pPr>
        <w:spacing w:after="2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58"/>
        <w:gridCol w:w="6030"/>
        <w:gridCol w:w="2610"/>
      </w:tblGrid>
      <w:tr w:rsidR="00E70210" w:rsidRPr="00F40493" w14:paraId="79173C4D" w14:textId="77777777" w:rsidTr="009412F9">
        <w:tc>
          <w:tcPr>
            <w:tcW w:w="2358" w:type="dxa"/>
            <w:shd w:val="clear" w:color="auto" w:fill="F0F0F0"/>
          </w:tcPr>
          <w:p w14:paraId="6DD138B3" w14:textId="77777777" w:rsidR="00E70210" w:rsidRPr="00F40493" w:rsidRDefault="00A36364">
            <w:pPr>
              <w:spacing w:before="20" w:after="2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i/>
                <w:color w:val="6B6B6B"/>
                <w:sz w:val="22"/>
              </w:rPr>
              <w:t>Post Number *</w:t>
            </w:r>
          </w:p>
        </w:tc>
        <w:tc>
          <w:tcPr>
            <w:tcW w:w="6030" w:type="dxa"/>
            <w:shd w:val="clear" w:color="auto" w:fill="F0F0F0"/>
          </w:tcPr>
          <w:p w14:paraId="0E790ADD" w14:textId="77777777" w:rsidR="00E70210" w:rsidRPr="00F40493" w:rsidRDefault="00A36364">
            <w:pPr>
              <w:spacing w:before="20" w:after="2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i/>
                <w:color w:val="6B6B6B"/>
                <w:sz w:val="22"/>
              </w:rPr>
              <w:t>Post Name *</w:t>
            </w:r>
          </w:p>
        </w:tc>
        <w:tc>
          <w:tcPr>
            <w:tcW w:w="2610" w:type="dxa"/>
            <w:shd w:val="clear" w:color="auto" w:fill="F0F0F0"/>
          </w:tcPr>
          <w:p w14:paraId="54A2800C" w14:textId="77777777" w:rsidR="00E70210" w:rsidRPr="00F40493" w:rsidRDefault="00A36364">
            <w:pPr>
              <w:spacing w:before="20" w:after="2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i/>
                <w:color w:val="6B6B6B"/>
                <w:sz w:val="22"/>
              </w:rPr>
              <w:t>Report Year *</w:t>
            </w:r>
          </w:p>
        </w:tc>
      </w:tr>
      <w:tr w:rsidR="00E70210" w:rsidRPr="00F40493" w14:paraId="06179B15" w14:textId="77777777" w:rsidTr="009412F9">
        <w:trPr>
          <w:trHeight w:val="476"/>
        </w:trPr>
        <w:tc>
          <w:tcPr>
            <w:tcW w:w="2358" w:type="dxa"/>
            <w:tcBorders>
              <w:bottom w:val="single" w:sz="6" w:space="0" w:color="003087"/>
            </w:tcBorders>
            <w:shd w:val="clear" w:color="auto" w:fill="FFFFFF"/>
          </w:tcPr>
          <w:p w14:paraId="0B713E0D" w14:textId="77777777" w:rsidR="00E70210" w:rsidRPr="00F40493" w:rsidRDefault="00A36364">
            <w:pPr>
              <w:spacing w:before="40" w:after="4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sz w:val="22"/>
              </w:rPr>
              <w:t xml:space="preserve">  </w:t>
            </w:r>
          </w:p>
        </w:tc>
        <w:tc>
          <w:tcPr>
            <w:tcW w:w="6030" w:type="dxa"/>
            <w:tcBorders>
              <w:bottom w:val="single" w:sz="6" w:space="0" w:color="003087"/>
            </w:tcBorders>
            <w:shd w:val="clear" w:color="auto" w:fill="FFFFFF"/>
          </w:tcPr>
          <w:p w14:paraId="126637BE" w14:textId="77777777" w:rsidR="00E70210" w:rsidRPr="00F40493" w:rsidRDefault="00A36364">
            <w:pPr>
              <w:spacing w:before="40" w:after="4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sz w:val="22"/>
              </w:rPr>
              <w:t xml:space="preserve">  </w:t>
            </w:r>
          </w:p>
        </w:tc>
        <w:tc>
          <w:tcPr>
            <w:tcW w:w="2610" w:type="dxa"/>
            <w:tcBorders>
              <w:bottom w:val="single" w:sz="6" w:space="0" w:color="003087"/>
            </w:tcBorders>
            <w:shd w:val="clear" w:color="auto" w:fill="FFFFFF"/>
          </w:tcPr>
          <w:p w14:paraId="76751E48" w14:textId="77777777" w:rsidR="00E70210" w:rsidRPr="00F40493" w:rsidRDefault="00A36364">
            <w:pPr>
              <w:spacing w:before="40" w:after="4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sz w:val="22"/>
              </w:rPr>
              <w:t xml:space="preserve">  </w:t>
            </w:r>
          </w:p>
        </w:tc>
      </w:tr>
    </w:tbl>
    <w:p w14:paraId="52A52FE5" w14:textId="77777777" w:rsidR="00E70210" w:rsidRPr="00F40493" w:rsidRDefault="00E70210">
      <w:pPr>
        <w:spacing w:after="40"/>
        <w:rPr>
          <w:b/>
          <w:bCs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8"/>
        <w:gridCol w:w="2700"/>
        <w:gridCol w:w="6480"/>
      </w:tblGrid>
      <w:tr w:rsidR="00E70210" w:rsidRPr="00F40493" w14:paraId="5684681E" w14:textId="77777777" w:rsidTr="009412F9">
        <w:tc>
          <w:tcPr>
            <w:tcW w:w="1818" w:type="dxa"/>
            <w:shd w:val="clear" w:color="auto" w:fill="F0F0F0"/>
          </w:tcPr>
          <w:p w14:paraId="262B5808" w14:textId="77777777" w:rsidR="00E70210" w:rsidRPr="00F40493" w:rsidRDefault="00A36364">
            <w:pPr>
              <w:spacing w:before="20" w:after="2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i/>
                <w:color w:val="6B6B6B"/>
                <w:sz w:val="22"/>
              </w:rPr>
              <w:t>District</w:t>
            </w:r>
          </w:p>
        </w:tc>
        <w:tc>
          <w:tcPr>
            <w:tcW w:w="2700" w:type="dxa"/>
            <w:shd w:val="clear" w:color="auto" w:fill="F0F0F0"/>
          </w:tcPr>
          <w:p w14:paraId="67DCFDB3" w14:textId="77777777" w:rsidR="00E70210" w:rsidRPr="00F40493" w:rsidRDefault="00A36364">
            <w:pPr>
              <w:spacing w:before="20" w:after="2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i/>
                <w:color w:val="6B6B6B"/>
                <w:sz w:val="22"/>
              </w:rPr>
              <w:t>County</w:t>
            </w:r>
          </w:p>
        </w:tc>
        <w:tc>
          <w:tcPr>
            <w:tcW w:w="6480" w:type="dxa"/>
            <w:shd w:val="clear" w:color="auto" w:fill="F0F0F0"/>
          </w:tcPr>
          <w:p w14:paraId="23FDB138" w14:textId="77777777" w:rsidR="00E70210" w:rsidRPr="00F40493" w:rsidRDefault="00A36364">
            <w:pPr>
              <w:spacing w:before="20" w:after="2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i/>
                <w:color w:val="6B6B6B"/>
                <w:sz w:val="22"/>
              </w:rPr>
              <w:t>City / State / ZIP</w:t>
            </w:r>
          </w:p>
        </w:tc>
      </w:tr>
      <w:tr w:rsidR="00E70210" w:rsidRPr="00F40493" w14:paraId="5DE02061" w14:textId="77777777" w:rsidTr="009412F9">
        <w:trPr>
          <w:trHeight w:val="674"/>
        </w:trPr>
        <w:tc>
          <w:tcPr>
            <w:tcW w:w="1818" w:type="dxa"/>
            <w:tcBorders>
              <w:bottom w:val="single" w:sz="6" w:space="0" w:color="003087"/>
            </w:tcBorders>
            <w:shd w:val="clear" w:color="auto" w:fill="FFFFFF"/>
          </w:tcPr>
          <w:p w14:paraId="309B1846" w14:textId="77777777" w:rsidR="00E70210" w:rsidRPr="00F40493" w:rsidRDefault="00A36364">
            <w:pPr>
              <w:spacing w:before="40" w:after="4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sz w:val="22"/>
              </w:rPr>
              <w:t xml:space="preserve">  </w:t>
            </w:r>
          </w:p>
        </w:tc>
        <w:tc>
          <w:tcPr>
            <w:tcW w:w="2700" w:type="dxa"/>
            <w:tcBorders>
              <w:bottom w:val="single" w:sz="6" w:space="0" w:color="003087"/>
            </w:tcBorders>
            <w:shd w:val="clear" w:color="auto" w:fill="FFFFFF"/>
          </w:tcPr>
          <w:p w14:paraId="48FEF2F2" w14:textId="77777777" w:rsidR="00E70210" w:rsidRPr="00F40493" w:rsidRDefault="00A36364">
            <w:pPr>
              <w:spacing w:before="40" w:after="4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sz w:val="22"/>
              </w:rPr>
              <w:t xml:space="preserve">  </w:t>
            </w:r>
          </w:p>
        </w:tc>
        <w:tc>
          <w:tcPr>
            <w:tcW w:w="6480" w:type="dxa"/>
            <w:tcBorders>
              <w:bottom w:val="single" w:sz="6" w:space="0" w:color="003087"/>
            </w:tcBorders>
            <w:shd w:val="clear" w:color="auto" w:fill="FFFFFF"/>
          </w:tcPr>
          <w:p w14:paraId="77BB0C9F" w14:textId="77777777" w:rsidR="00E70210" w:rsidRPr="00F40493" w:rsidRDefault="00A36364">
            <w:pPr>
              <w:spacing w:before="40" w:after="4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sz w:val="22"/>
              </w:rPr>
              <w:t xml:space="preserve">  </w:t>
            </w:r>
          </w:p>
        </w:tc>
      </w:tr>
    </w:tbl>
    <w:p w14:paraId="7A470360" w14:textId="77777777" w:rsidR="00E70210" w:rsidRPr="00F40493" w:rsidRDefault="00E70210">
      <w:pPr>
        <w:spacing w:after="40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48"/>
        <w:gridCol w:w="4950"/>
      </w:tblGrid>
      <w:tr w:rsidR="00E70210" w:rsidRPr="00F40493" w14:paraId="3AAAEB8B" w14:textId="77777777" w:rsidTr="009412F9">
        <w:tc>
          <w:tcPr>
            <w:tcW w:w="6048" w:type="dxa"/>
            <w:shd w:val="clear" w:color="auto" w:fill="F0F0F0"/>
          </w:tcPr>
          <w:p w14:paraId="1159676C" w14:textId="77777777" w:rsidR="00E70210" w:rsidRPr="00F40493" w:rsidRDefault="00A36364">
            <w:pPr>
              <w:spacing w:before="20" w:after="2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i/>
                <w:color w:val="6B6B6B"/>
                <w:sz w:val="22"/>
              </w:rPr>
              <w:t>Regular Meeting Location / Address</w:t>
            </w:r>
          </w:p>
        </w:tc>
        <w:tc>
          <w:tcPr>
            <w:tcW w:w="4950" w:type="dxa"/>
            <w:shd w:val="clear" w:color="auto" w:fill="F0F0F0"/>
          </w:tcPr>
          <w:p w14:paraId="2DE1634A" w14:textId="77777777" w:rsidR="00E70210" w:rsidRPr="00F40493" w:rsidRDefault="00A36364">
            <w:pPr>
              <w:spacing w:before="20" w:after="2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i/>
                <w:color w:val="6B6B6B"/>
                <w:sz w:val="22"/>
              </w:rPr>
              <w:t>Meeting Day &amp; Time</w:t>
            </w:r>
          </w:p>
        </w:tc>
      </w:tr>
      <w:tr w:rsidR="00E70210" w14:paraId="523B448E" w14:textId="77777777" w:rsidTr="00F64C3B">
        <w:trPr>
          <w:trHeight w:val="728"/>
        </w:trPr>
        <w:tc>
          <w:tcPr>
            <w:tcW w:w="6048" w:type="dxa"/>
            <w:tcBorders>
              <w:bottom w:val="single" w:sz="6" w:space="0" w:color="003087"/>
            </w:tcBorders>
            <w:shd w:val="clear" w:color="auto" w:fill="FFFFFF"/>
          </w:tcPr>
          <w:p w14:paraId="4A1B0F48" w14:textId="77777777" w:rsidR="00E70210" w:rsidRPr="00EC1DBC" w:rsidRDefault="00A36364">
            <w:pPr>
              <w:spacing w:before="40" w:after="40"/>
              <w:rPr>
                <w:sz w:val="22"/>
              </w:rPr>
            </w:pPr>
            <w:r w:rsidRPr="00EC1DBC">
              <w:rPr>
                <w:sz w:val="22"/>
              </w:rPr>
              <w:t xml:space="preserve">  </w:t>
            </w:r>
          </w:p>
        </w:tc>
        <w:tc>
          <w:tcPr>
            <w:tcW w:w="4950" w:type="dxa"/>
            <w:tcBorders>
              <w:bottom w:val="single" w:sz="6" w:space="0" w:color="003087"/>
            </w:tcBorders>
            <w:shd w:val="clear" w:color="auto" w:fill="FFFFFF"/>
          </w:tcPr>
          <w:p w14:paraId="0B262A8E" w14:textId="77777777" w:rsidR="00E70210" w:rsidRPr="00EC1DBC" w:rsidRDefault="00A36364">
            <w:pPr>
              <w:spacing w:before="40" w:after="40"/>
              <w:rPr>
                <w:sz w:val="22"/>
              </w:rPr>
            </w:pPr>
            <w:r w:rsidRPr="00EC1DBC">
              <w:rPr>
                <w:sz w:val="22"/>
              </w:rPr>
              <w:t xml:space="preserve">  </w:t>
            </w:r>
          </w:p>
        </w:tc>
      </w:tr>
    </w:tbl>
    <w:p w14:paraId="46C1D38D" w14:textId="77777777" w:rsidR="00E70210" w:rsidRDefault="00E70210">
      <w:pPr>
        <w:spacing w:after="4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98"/>
      </w:tblGrid>
      <w:tr w:rsidR="00E70210" w14:paraId="17094131" w14:textId="77777777" w:rsidTr="009412F9">
        <w:tc>
          <w:tcPr>
            <w:tcW w:w="10998" w:type="dxa"/>
            <w:tcBorders>
              <w:top w:val="single" w:sz="8" w:space="0" w:color="B8972B"/>
              <w:left w:val="single" w:sz="8" w:space="0" w:color="B8972B"/>
              <w:bottom w:val="single" w:sz="8" w:space="0" w:color="B8972B"/>
              <w:right w:val="single" w:sz="8" w:space="0" w:color="B8972B"/>
            </w:tcBorders>
            <w:shd w:val="clear" w:color="auto" w:fill="003087"/>
          </w:tcPr>
          <w:p w14:paraId="14DDAB81" w14:textId="77777777" w:rsidR="00E70210" w:rsidRPr="00D14A2D" w:rsidRDefault="00A36364">
            <w:pPr>
              <w:spacing w:before="40" w:after="40"/>
              <w:rPr>
                <w:sz w:val="24"/>
                <w:szCs w:val="24"/>
              </w:rPr>
            </w:pPr>
            <w:r w:rsidRPr="00D14A2D">
              <w:rPr>
                <w:b/>
                <w:color w:val="FFFFFF"/>
                <w:sz w:val="24"/>
                <w:szCs w:val="24"/>
              </w:rPr>
              <w:t xml:space="preserve">  SECTION 2 — POST OFFICERS</w:t>
            </w:r>
          </w:p>
        </w:tc>
      </w:tr>
    </w:tbl>
    <w:p w14:paraId="5916B9A9" w14:textId="77777777" w:rsidR="00E70210" w:rsidRDefault="00E70210">
      <w:pPr>
        <w:spacing w:after="2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8"/>
        <w:gridCol w:w="2520"/>
        <w:gridCol w:w="3960"/>
      </w:tblGrid>
      <w:tr w:rsidR="00E70210" w:rsidRPr="00F40493" w14:paraId="4FAB6F45" w14:textId="77777777" w:rsidTr="009412F9">
        <w:tc>
          <w:tcPr>
            <w:tcW w:w="4518" w:type="dxa"/>
            <w:shd w:val="clear" w:color="auto" w:fill="F0F0F0"/>
          </w:tcPr>
          <w:p w14:paraId="57DD5F76" w14:textId="77777777" w:rsidR="00E70210" w:rsidRPr="00F40493" w:rsidRDefault="00A36364">
            <w:pPr>
              <w:spacing w:before="20" w:after="2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i/>
                <w:color w:val="6B6B6B"/>
                <w:sz w:val="22"/>
              </w:rPr>
              <w:t>Commander — Full Name</w:t>
            </w:r>
          </w:p>
        </w:tc>
        <w:tc>
          <w:tcPr>
            <w:tcW w:w="2520" w:type="dxa"/>
            <w:shd w:val="clear" w:color="auto" w:fill="F0F0F0"/>
          </w:tcPr>
          <w:p w14:paraId="62A40E41" w14:textId="77777777" w:rsidR="00E70210" w:rsidRPr="00F40493" w:rsidRDefault="00A36364">
            <w:pPr>
              <w:spacing w:before="20" w:after="2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i/>
                <w:color w:val="6B6B6B"/>
                <w:sz w:val="22"/>
              </w:rPr>
              <w:t>Phone</w:t>
            </w:r>
          </w:p>
        </w:tc>
        <w:tc>
          <w:tcPr>
            <w:tcW w:w="3960" w:type="dxa"/>
            <w:shd w:val="clear" w:color="auto" w:fill="F0F0F0"/>
          </w:tcPr>
          <w:p w14:paraId="4AC3AC07" w14:textId="77777777" w:rsidR="00E70210" w:rsidRPr="00F40493" w:rsidRDefault="00A36364">
            <w:pPr>
              <w:spacing w:before="20" w:after="2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i/>
                <w:color w:val="6B6B6B"/>
                <w:sz w:val="22"/>
              </w:rPr>
              <w:t>Email</w:t>
            </w:r>
          </w:p>
        </w:tc>
      </w:tr>
      <w:tr w:rsidR="00E70210" w:rsidRPr="00F40493" w14:paraId="4128A20B" w14:textId="77777777" w:rsidTr="009412F9">
        <w:trPr>
          <w:trHeight w:val="728"/>
        </w:trPr>
        <w:tc>
          <w:tcPr>
            <w:tcW w:w="4518" w:type="dxa"/>
            <w:tcBorders>
              <w:bottom w:val="single" w:sz="6" w:space="0" w:color="003087"/>
            </w:tcBorders>
            <w:shd w:val="clear" w:color="auto" w:fill="FFFFFF"/>
          </w:tcPr>
          <w:p w14:paraId="7ED88507" w14:textId="77777777" w:rsidR="00E70210" w:rsidRPr="00F40493" w:rsidRDefault="00A36364">
            <w:pPr>
              <w:spacing w:before="40" w:after="40"/>
              <w:rPr>
                <w:b/>
                <w:bCs/>
              </w:rPr>
            </w:pPr>
            <w:r w:rsidRPr="00F40493">
              <w:rPr>
                <w:b/>
                <w:bCs/>
              </w:rPr>
              <w:t xml:space="preserve">  </w:t>
            </w:r>
          </w:p>
        </w:tc>
        <w:tc>
          <w:tcPr>
            <w:tcW w:w="2520" w:type="dxa"/>
            <w:tcBorders>
              <w:bottom w:val="single" w:sz="6" w:space="0" w:color="003087"/>
            </w:tcBorders>
            <w:shd w:val="clear" w:color="auto" w:fill="FFFFFF"/>
          </w:tcPr>
          <w:p w14:paraId="53744B03" w14:textId="77777777" w:rsidR="00E70210" w:rsidRPr="00F40493" w:rsidRDefault="00A36364">
            <w:pPr>
              <w:spacing w:before="40" w:after="40"/>
              <w:rPr>
                <w:b/>
                <w:bCs/>
              </w:rPr>
            </w:pPr>
            <w:r w:rsidRPr="00F40493">
              <w:rPr>
                <w:b/>
                <w:bCs/>
              </w:rPr>
              <w:t xml:space="preserve">  </w:t>
            </w:r>
          </w:p>
        </w:tc>
        <w:tc>
          <w:tcPr>
            <w:tcW w:w="3960" w:type="dxa"/>
            <w:tcBorders>
              <w:bottom w:val="single" w:sz="6" w:space="0" w:color="003087"/>
            </w:tcBorders>
            <w:shd w:val="clear" w:color="auto" w:fill="FFFFFF"/>
          </w:tcPr>
          <w:p w14:paraId="2F6E9A77" w14:textId="77777777" w:rsidR="00E70210" w:rsidRPr="00F40493" w:rsidRDefault="00A36364">
            <w:pPr>
              <w:spacing w:before="40" w:after="40"/>
              <w:rPr>
                <w:b/>
                <w:bCs/>
              </w:rPr>
            </w:pPr>
            <w:r w:rsidRPr="00F40493">
              <w:rPr>
                <w:b/>
                <w:bCs/>
              </w:rPr>
              <w:t xml:space="preserve">  </w:t>
            </w:r>
          </w:p>
        </w:tc>
      </w:tr>
    </w:tbl>
    <w:p w14:paraId="4EDD5F87" w14:textId="77777777" w:rsidR="00E70210" w:rsidRPr="00F40493" w:rsidRDefault="00E70210">
      <w:pPr>
        <w:spacing w:after="40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8"/>
        <w:gridCol w:w="2520"/>
        <w:gridCol w:w="3960"/>
      </w:tblGrid>
      <w:tr w:rsidR="00E70210" w:rsidRPr="00F40493" w14:paraId="3FAFB074" w14:textId="77777777" w:rsidTr="00F64C3B">
        <w:tc>
          <w:tcPr>
            <w:tcW w:w="4518" w:type="dxa"/>
            <w:shd w:val="clear" w:color="auto" w:fill="F0F0F0"/>
          </w:tcPr>
          <w:p w14:paraId="1DA6AE96" w14:textId="77777777" w:rsidR="00E70210" w:rsidRPr="00F40493" w:rsidRDefault="00A36364">
            <w:pPr>
              <w:spacing w:before="20" w:after="2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i/>
                <w:color w:val="6B6B6B"/>
                <w:sz w:val="22"/>
              </w:rPr>
              <w:t>Adjutant — Full Name</w:t>
            </w:r>
          </w:p>
        </w:tc>
        <w:tc>
          <w:tcPr>
            <w:tcW w:w="2520" w:type="dxa"/>
            <w:shd w:val="clear" w:color="auto" w:fill="F0F0F0"/>
          </w:tcPr>
          <w:p w14:paraId="1E848397" w14:textId="77777777" w:rsidR="00E70210" w:rsidRPr="00F40493" w:rsidRDefault="00A36364">
            <w:pPr>
              <w:spacing w:before="20" w:after="2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i/>
                <w:color w:val="6B6B6B"/>
                <w:sz w:val="22"/>
              </w:rPr>
              <w:t>Phone</w:t>
            </w:r>
          </w:p>
        </w:tc>
        <w:tc>
          <w:tcPr>
            <w:tcW w:w="3960" w:type="dxa"/>
            <w:shd w:val="clear" w:color="auto" w:fill="F0F0F0"/>
          </w:tcPr>
          <w:p w14:paraId="5CB8FC30" w14:textId="77777777" w:rsidR="00E70210" w:rsidRPr="00F40493" w:rsidRDefault="00A36364">
            <w:pPr>
              <w:spacing w:before="20" w:after="2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i/>
                <w:color w:val="6B6B6B"/>
                <w:sz w:val="22"/>
              </w:rPr>
              <w:t>Email</w:t>
            </w:r>
          </w:p>
        </w:tc>
      </w:tr>
      <w:tr w:rsidR="00E70210" w:rsidRPr="00F40493" w14:paraId="2C070CA6" w14:textId="77777777" w:rsidTr="00F64C3B">
        <w:trPr>
          <w:trHeight w:val="818"/>
        </w:trPr>
        <w:tc>
          <w:tcPr>
            <w:tcW w:w="4518" w:type="dxa"/>
            <w:tcBorders>
              <w:bottom w:val="single" w:sz="6" w:space="0" w:color="003087"/>
            </w:tcBorders>
            <w:shd w:val="clear" w:color="auto" w:fill="FFFFFF"/>
          </w:tcPr>
          <w:p w14:paraId="52112503" w14:textId="77777777" w:rsidR="00E70210" w:rsidRPr="00F40493" w:rsidRDefault="00A36364">
            <w:pPr>
              <w:spacing w:before="40" w:after="40"/>
              <w:rPr>
                <w:b/>
                <w:bCs/>
              </w:rPr>
            </w:pPr>
            <w:r w:rsidRPr="00F40493">
              <w:rPr>
                <w:b/>
                <w:bCs/>
              </w:rPr>
              <w:t xml:space="preserve">  </w:t>
            </w:r>
          </w:p>
        </w:tc>
        <w:tc>
          <w:tcPr>
            <w:tcW w:w="2520" w:type="dxa"/>
            <w:tcBorders>
              <w:bottom w:val="single" w:sz="6" w:space="0" w:color="003087"/>
            </w:tcBorders>
            <w:shd w:val="clear" w:color="auto" w:fill="FFFFFF"/>
          </w:tcPr>
          <w:p w14:paraId="76C5B9E1" w14:textId="77777777" w:rsidR="00E70210" w:rsidRPr="00F40493" w:rsidRDefault="00A36364">
            <w:pPr>
              <w:spacing w:before="40" w:after="40"/>
              <w:rPr>
                <w:b/>
                <w:bCs/>
              </w:rPr>
            </w:pPr>
            <w:r w:rsidRPr="00F40493">
              <w:rPr>
                <w:b/>
                <w:bCs/>
              </w:rPr>
              <w:t xml:space="preserve">  </w:t>
            </w:r>
          </w:p>
        </w:tc>
        <w:tc>
          <w:tcPr>
            <w:tcW w:w="3960" w:type="dxa"/>
            <w:tcBorders>
              <w:bottom w:val="single" w:sz="6" w:space="0" w:color="003087"/>
            </w:tcBorders>
            <w:shd w:val="clear" w:color="auto" w:fill="FFFFFF"/>
          </w:tcPr>
          <w:p w14:paraId="1A78EC1E" w14:textId="77777777" w:rsidR="00E70210" w:rsidRPr="00F40493" w:rsidRDefault="00A36364">
            <w:pPr>
              <w:spacing w:before="40" w:after="40"/>
              <w:rPr>
                <w:b/>
                <w:bCs/>
              </w:rPr>
            </w:pPr>
            <w:r w:rsidRPr="00F40493">
              <w:rPr>
                <w:b/>
                <w:bCs/>
              </w:rPr>
              <w:t xml:space="preserve">  </w:t>
            </w:r>
          </w:p>
        </w:tc>
      </w:tr>
    </w:tbl>
    <w:p w14:paraId="257CF64D" w14:textId="77777777" w:rsidR="00E70210" w:rsidRPr="00F40493" w:rsidRDefault="00E70210">
      <w:pPr>
        <w:spacing w:after="40"/>
        <w:rPr>
          <w:b/>
          <w:bCs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18"/>
        <w:gridCol w:w="5580"/>
      </w:tblGrid>
      <w:tr w:rsidR="00E70210" w:rsidRPr="00F40493" w14:paraId="4DB96C26" w14:textId="77777777" w:rsidTr="00F64C3B">
        <w:tc>
          <w:tcPr>
            <w:tcW w:w="5418" w:type="dxa"/>
            <w:shd w:val="clear" w:color="auto" w:fill="F0F0F0"/>
          </w:tcPr>
          <w:p w14:paraId="4601B214" w14:textId="77777777" w:rsidR="00E70210" w:rsidRPr="00F40493" w:rsidRDefault="00A36364">
            <w:pPr>
              <w:spacing w:before="20" w:after="2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i/>
                <w:color w:val="6B6B6B"/>
                <w:sz w:val="22"/>
              </w:rPr>
              <w:t>Finance Officer — Full Name</w:t>
            </w:r>
          </w:p>
        </w:tc>
        <w:tc>
          <w:tcPr>
            <w:tcW w:w="5580" w:type="dxa"/>
            <w:shd w:val="clear" w:color="auto" w:fill="F0F0F0"/>
          </w:tcPr>
          <w:p w14:paraId="4A197564" w14:textId="77777777" w:rsidR="00E70210" w:rsidRPr="00F40493" w:rsidRDefault="00A36364">
            <w:pPr>
              <w:spacing w:before="20" w:after="2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i/>
                <w:color w:val="6B6B6B"/>
                <w:sz w:val="22"/>
              </w:rPr>
              <w:t>Service Officer — Full Name</w:t>
            </w:r>
          </w:p>
        </w:tc>
      </w:tr>
      <w:tr w:rsidR="00E70210" w14:paraId="1ECE4038" w14:textId="77777777" w:rsidTr="00F64C3B">
        <w:trPr>
          <w:trHeight w:val="773"/>
        </w:trPr>
        <w:tc>
          <w:tcPr>
            <w:tcW w:w="5418" w:type="dxa"/>
            <w:tcBorders>
              <w:bottom w:val="single" w:sz="6" w:space="0" w:color="003087"/>
            </w:tcBorders>
            <w:shd w:val="clear" w:color="auto" w:fill="FFFFFF"/>
          </w:tcPr>
          <w:p w14:paraId="5D76BA15" w14:textId="77777777" w:rsidR="00E70210" w:rsidRDefault="00A36364">
            <w:pPr>
              <w:spacing w:before="40" w:after="40"/>
            </w:pPr>
            <w:r>
              <w:t xml:space="preserve">  </w:t>
            </w:r>
          </w:p>
        </w:tc>
        <w:tc>
          <w:tcPr>
            <w:tcW w:w="5580" w:type="dxa"/>
            <w:tcBorders>
              <w:bottom w:val="single" w:sz="6" w:space="0" w:color="003087"/>
            </w:tcBorders>
            <w:shd w:val="clear" w:color="auto" w:fill="FFFFFF"/>
          </w:tcPr>
          <w:p w14:paraId="2ECD8E06" w14:textId="77777777" w:rsidR="00E70210" w:rsidRDefault="00A36364">
            <w:pPr>
              <w:spacing w:before="40" w:after="40"/>
            </w:pPr>
            <w:r>
              <w:t xml:space="preserve">  </w:t>
            </w:r>
          </w:p>
        </w:tc>
      </w:tr>
    </w:tbl>
    <w:p w14:paraId="6982551F" w14:textId="77777777" w:rsidR="00E70210" w:rsidRDefault="00E70210">
      <w:pPr>
        <w:spacing w:after="4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98"/>
      </w:tblGrid>
      <w:tr w:rsidR="00E70210" w14:paraId="05C8A6B2" w14:textId="77777777" w:rsidTr="00F64C3B">
        <w:tc>
          <w:tcPr>
            <w:tcW w:w="10998" w:type="dxa"/>
            <w:tcBorders>
              <w:top w:val="single" w:sz="8" w:space="0" w:color="B8972B"/>
              <w:left w:val="single" w:sz="8" w:space="0" w:color="B8972B"/>
              <w:bottom w:val="single" w:sz="8" w:space="0" w:color="B8972B"/>
              <w:right w:val="single" w:sz="8" w:space="0" w:color="B8972B"/>
            </w:tcBorders>
            <w:shd w:val="clear" w:color="auto" w:fill="003087"/>
          </w:tcPr>
          <w:p w14:paraId="4808699E" w14:textId="77777777" w:rsidR="00E70210" w:rsidRPr="00125459" w:rsidRDefault="00A36364">
            <w:pPr>
              <w:spacing w:before="40" w:after="40"/>
              <w:rPr>
                <w:sz w:val="24"/>
                <w:szCs w:val="24"/>
              </w:rPr>
            </w:pPr>
            <w:r>
              <w:rPr>
                <w:b/>
                <w:color w:val="FFFFFF"/>
                <w:sz w:val="16"/>
              </w:rPr>
              <w:t xml:space="preserve">  </w:t>
            </w:r>
            <w:r w:rsidRPr="00125459">
              <w:rPr>
                <w:b/>
                <w:color w:val="FFFFFF"/>
                <w:sz w:val="24"/>
                <w:szCs w:val="24"/>
              </w:rPr>
              <w:t>SECTION 3 — MEMBERSHIP STATISTICS</w:t>
            </w:r>
          </w:p>
        </w:tc>
      </w:tr>
    </w:tbl>
    <w:p w14:paraId="7DAFBB66" w14:textId="77777777" w:rsidR="00E70210" w:rsidRDefault="00E70210">
      <w:pPr>
        <w:spacing w:after="20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088"/>
        <w:gridCol w:w="2160"/>
        <w:gridCol w:w="1710"/>
        <w:gridCol w:w="1440"/>
        <w:gridCol w:w="1620"/>
        <w:gridCol w:w="1980"/>
      </w:tblGrid>
      <w:tr w:rsidR="00E70210" w:rsidRPr="00F40493" w14:paraId="645364A7" w14:textId="77777777" w:rsidTr="00F64C3B">
        <w:tc>
          <w:tcPr>
            <w:tcW w:w="2088" w:type="dxa"/>
            <w:shd w:val="clear" w:color="auto" w:fill="F0F0F0"/>
          </w:tcPr>
          <w:p w14:paraId="59B535DC" w14:textId="77777777" w:rsidR="00E70210" w:rsidRPr="00F40493" w:rsidRDefault="00A36364">
            <w:pPr>
              <w:spacing w:before="20" w:after="2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i/>
                <w:color w:val="6B6B6B"/>
                <w:sz w:val="22"/>
              </w:rPr>
              <w:t>Membership Goal</w:t>
            </w:r>
          </w:p>
        </w:tc>
        <w:tc>
          <w:tcPr>
            <w:tcW w:w="2160" w:type="dxa"/>
            <w:shd w:val="clear" w:color="auto" w:fill="F0F0F0"/>
          </w:tcPr>
          <w:p w14:paraId="17E011DD" w14:textId="77777777" w:rsidR="00E70210" w:rsidRPr="00F40493" w:rsidRDefault="00A36364">
            <w:pPr>
              <w:spacing w:before="20" w:after="2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i/>
                <w:color w:val="6B6B6B"/>
                <w:sz w:val="22"/>
              </w:rPr>
              <w:t>Paid-Up Members</w:t>
            </w:r>
          </w:p>
        </w:tc>
        <w:tc>
          <w:tcPr>
            <w:tcW w:w="1710" w:type="dxa"/>
            <w:shd w:val="clear" w:color="auto" w:fill="F0F0F0"/>
          </w:tcPr>
          <w:p w14:paraId="0A1A1611" w14:textId="77777777" w:rsidR="00E70210" w:rsidRPr="00F40493" w:rsidRDefault="00A36364">
            <w:pPr>
              <w:spacing w:before="20" w:after="2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i/>
                <w:color w:val="6B6B6B"/>
                <w:sz w:val="22"/>
              </w:rPr>
              <w:t>New Members</w:t>
            </w:r>
          </w:p>
        </w:tc>
        <w:tc>
          <w:tcPr>
            <w:tcW w:w="1440" w:type="dxa"/>
            <w:shd w:val="clear" w:color="auto" w:fill="F0F0F0"/>
          </w:tcPr>
          <w:p w14:paraId="25CD484B" w14:textId="77777777" w:rsidR="00E70210" w:rsidRPr="00F40493" w:rsidRDefault="00A36364">
            <w:pPr>
              <w:spacing w:before="20" w:after="2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i/>
                <w:color w:val="6B6B6B"/>
                <w:sz w:val="22"/>
              </w:rPr>
              <w:t>Reinstated</w:t>
            </w:r>
          </w:p>
        </w:tc>
        <w:tc>
          <w:tcPr>
            <w:tcW w:w="1620" w:type="dxa"/>
            <w:shd w:val="clear" w:color="auto" w:fill="F0F0F0"/>
          </w:tcPr>
          <w:p w14:paraId="4F5B2EFA" w14:textId="77777777" w:rsidR="00E70210" w:rsidRPr="00F40493" w:rsidRDefault="00A36364">
            <w:pPr>
              <w:spacing w:before="20" w:after="2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i/>
                <w:color w:val="6B6B6B"/>
                <w:sz w:val="22"/>
              </w:rPr>
              <w:t>Members Lost</w:t>
            </w:r>
          </w:p>
        </w:tc>
        <w:tc>
          <w:tcPr>
            <w:tcW w:w="1980" w:type="dxa"/>
            <w:shd w:val="clear" w:color="auto" w:fill="F0F0F0"/>
          </w:tcPr>
          <w:p w14:paraId="7825FC77" w14:textId="77777777" w:rsidR="00E70210" w:rsidRPr="00F40493" w:rsidRDefault="00A36364">
            <w:pPr>
              <w:spacing w:before="20" w:after="2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i/>
                <w:color w:val="6B6B6B"/>
                <w:sz w:val="22"/>
              </w:rPr>
              <w:t>Life Members</w:t>
            </w:r>
          </w:p>
        </w:tc>
      </w:tr>
      <w:tr w:rsidR="00E70210" w:rsidRPr="00F40493" w14:paraId="6D65A740" w14:textId="77777777" w:rsidTr="00F64C3B">
        <w:trPr>
          <w:trHeight w:val="728"/>
        </w:trPr>
        <w:tc>
          <w:tcPr>
            <w:tcW w:w="2088" w:type="dxa"/>
            <w:tcBorders>
              <w:bottom w:val="single" w:sz="6" w:space="0" w:color="003087"/>
            </w:tcBorders>
            <w:shd w:val="clear" w:color="auto" w:fill="FFFFFF"/>
          </w:tcPr>
          <w:p w14:paraId="6E494B95" w14:textId="77777777" w:rsidR="00E70210" w:rsidRPr="00F40493" w:rsidRDefault="00A36364">
            <w:pPr>
              <w:spacing w:before="40" w:after="4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sz w:val="22"/>
              </w:rPr>
              <w:t xml:space="preserve">  </w:t>
            </w:r>
          </w:p>
        </w:tc>
        <w:tc>
          <w:tcPr>
            <w:tcW w:w="2160" w:type="dxa"/>
            <w:tcBorders>
              <w:bottom w:val="single" w:sz="6" w:space="0" w:color="003087"/>
            </w:tcBorders>
            <w:shd w:val="clear" w:color="auto" w:fill="FFFFFF"/>
          </w:tcPr>
          <w:p w14:paraId="0CE58912" w14:textId="77777777" w:rsidR="00E70210" w:rsidRPr="00F40493" w:rsidRDefault="00A36364">
            <w:pPr>
              <w:spacing w:before="40" w:after="4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sz w:val="22"/>
              </w:rPr>
              <w:t xml:space="preserve">  </w:t>
            </w:r>
          </w:p>
        </w:tc>
        <w:tc>
          <w:tcPr>
            <w:tcW w:w="1710" w:type="dxa"/>
            <w:tcBorders>
              <w:bottom w:val="single" w:sz="6" w:space="0" w:color="003087"/>
            </w:tcBorders>
            <w:shd w:val="clear" w:color="auto" w:fill="FFFFFF"/>
          </w:tcPr>
          <w:p w14:paraId="5CC8276B" w14:textId="77777777" w:rsidR="00E70210" w:rsidRPr="00F40493" w:rsidRDefault="00A36364">
            <w:pPr>
              <w:spacing w:before="40" w:after="4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sz w:val="22"/>
              </w:rPr>
              <w:t xml:space="preserve">  </w:t>
            </w:r>
          </w:p>
        </w:tc>
        <w:tc>
          <w:tcPr>
            <w:tcW w:w="1440" w:type="dxa"/>
            <w:tcBorders>
              <w:bottom w:val="single" w:sz="6" w:space="0" w:color="003087"/>
            </w:tcBorders>
            <w:shd w:val="clear" w:color="auto" w:fill="FFFFFF"/>
          </w:tcPr>
          <w:p w14:paraId="059D1056" w14:textId="77777777" w:rsidR="00E70210" w:rsidRPr="00F40493" w:rsidRDefault="00A36364">
            <w:pPr>
              <w:spacing w:before="40" w:after="4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sz w:val="22"/>
              </w:rPr>
              <w:t xml:space="preserve">  </w:t>
            </w:r>
          </w:p>
        </w:tc>
        <w:tc>
          <w:tcPr>
            <w:tcW w:w="1620" w:type="dxa"/>
            <w:tcBorders>
              <w:bottom w:val="single" w:sz="6" w:space="0" w:color="003087"/>
            </w:tcBorders>
            <w:shd w:val="clear" w:color="auto" w:fill="FFFFFF"/>
          </w:tcPr>
          <w:p w14:paraId="75886C42" w14:textId="77777777" w:rsidR="00E70210" w:rsidRPr="00F40493" w:rsidRDefault="00A36364">
            <w:pPr>
              <w:spacing w:before="40" w:after="4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sz w:val="22"/>
              </w:rPr>
              <w:t xml:space="preserve">  </w:t>
            </w:r>
          </w:p>
        </w:tc>
        <w:tc>
          <w:tcPr>
            <w:tcW w:w="1980" w:type="dxa"/>
            <w:tcBorders>
              <w:bottom w:val="single" w:sz="6" w:space="0" w:color="003087"/>
            </w:tcBorders>
            <w:shd w:val="clear" w:color="auto" w:fill="FFFFFF"/>
          </w:tcPr>
          <w:p w14:paraId="0DAE28F3" w14:textId="77777777" w:rsidR="00E70210" w:rsidRPr="00F40493" w:rsidRDefault="00A36364">
            <w:pPr>
              <w:spacing w:before="40" w:after="4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sz w:val="22"/>
              </w:rPr>
              <w:t xml:space="preserve">  </w:t>
            </w:r>
          </w:p>
        </w:tc>
      </w:tr>
    </w:tbl>
    <w:tbl>
      <w:tblPr>
        <w:tblStyle w:val="TableGrid"/>
        <w:tblpPr w:leftFromText="180" w:rightFromText="180" w:vertAnchor="text" w:horzAnchor="margin" w:tblpY="55"/>
        <w:tblW w:w="0" w:type="auto"/>
        <w:tblLook w:val="04A0" w:firstRow="1" w:lastRow="0" w:firstColumn="1" w:lastColumn="0" w:noHBand="0" w:noVBand="1"/>
      </w:tblPr>
      <w:tblGrid>
        <w:gridCol w:w="3600"/>
        <w:gridCol w:w="3600"/>
        <w:gridCol w:w="3798"/>
      </w:tblGrid>
      <w:tr w:rsidR="00A73D28" w:rsidRPr="00F40493" w14:paraId="2FBF16C0" w14:textId="77777777" w:rsidTr="00A73D28">
        <w:trPr>
          <w:trHeight w:val="629"/>
        </w:trPr>
        <w:tc>
          <w:tcPr>
            <w:tcW w:w="3600" w:type="dxa"/>
            <w:shd w:val="clear" w:color="auto" w:fill="FFFFFF"/>
          </w:tcPr>
          <w:p w14:paraId="6D9FA979" w14:textId="77777777" w:rsidR="00A73D28" w:rsidRPr="00F40493" w:rsidRDefault="00A73D28" w:rsidP="00A73D28">
            <w:pPr>
              <w:spacing w:before="40" w:after="40"/>
              <w:rPr>
                <w:b/>
                <w:bCs/>
                <w:sz w:val="22"/>
              </w:rPr>
            </w:pPr>
            <w:proofErr w:type="gramStart"/>
            <w:r w:rsidRPr="00F40493">
              <w:rPr>
                <w:b/>
                <w:bCs/>
                <w:sz w:val="22"/>
              </w:rPr>
              <w:t>☐  100</w:t>
            </w:r>
            <w:proofErr w:type="gramEnd"/>
            <w:r w:rsidRPr="00F40493">
              <w:rPr>
                <w:b/>
                <w:bCs/>
                <w:sz w:val="22"/>
              </w:rPr>
              <w:t xml:space="preserve">% Membership Goal </w:t>
            </w:r>
          </w:p>
        </w:tc>
        <w:tc>
          <w:tcPr>
            <w:tcW w:w="3600" w:type="dxa"/>
            <w:shd w:val="clear" w:color="auto" w:fill="FFFFFF"/>
          </w:tcPr>
          <w:p w14:paraId="213588A9" w14:textId="21B75E9A" w:rsidR="00A73D28" w:rsidRPr="00F40493" w:rsidRDefault="00213F4D" w:rsidP="00A73D28">
            <w:pPr>
              <w:spacing w:before="40" w:after="40"/>
              <w:rPr>
                <w:b/>
                <w:bCs/>
                <w:sz w:val="22"/>
              </w:rPr>
            </w:pPr>
            <w:r w:rsidRPr="00F40493">
              <w:rPr>
                <w:rFonts w:ascii="Segoe UI Symbol" w:hAnsi="Segoe UI Symbol" w:cs="Segoe UI Symbol"/>
                <w:b/>
                <w:bCs/>
                <w:sz w:val="22"/>
              </w:rPr>
              <w:t>☐</w:t>
            </w:r>
            <w:r w:rsidRPr="00F40493">
              <w:rPr>
                <w:b/>
                <w:bCs/>
                <w:sz w:val="22"/>
              </w:rPr>
              <w:t xml:space="preserve"> Recruiter</w:t>
            </w:r>
            <w:r w:rsidR="00A73D28" w:rsidRPr="00F40493">
              <w:rPr>
                <w:b/>
                <w:bCs/>
                <w:sz w:val="22"/>
              </w:rPr>
              <w:t xml:space="preserve"> Program Active</w:t>
            </w:r>
          </w:p>
        </w:tc>
        <w:tc>
          <w:tcPr>
            <w:tcW w:w="3798" w:type="dxa"/>
            <w:shd w:val="clear" w:color="auto" w:fill="FFFFFF"/>
          </w:tcPr>
          <w:p w14:paraId="1DC87F0F" w14:textId="31216701" w:rsidR="00A73D28" w:rsidRPr="00F40493" w:rsidRDefault="00213F4D" w:rsidP="00A73D28">
            <w:pPr>
              <w:spacing w:before="40" w:after="40"/>
              <w:rPr>
                <w:b/>
                <w:bCs/>
                <w:sz w:val="22"/>
              </w:rPr>
            </w:pPr>
            <w:r w:rsidRPr="00F40493">
              <w:rPr>
                <w:rFonts w:ascii="Segoe UI Symbol" w:hAnsi="Segoe UI Symbol" w:cs="Segoe UI Symbol"/>
                <w:b/>
                <w:bCs/>
                <w:sz w:val="22"/>
              </w:rPr>
              <w:t>☐</w:t>
            </w:r>
            <w:r w:rsidRPr="00F40493">
              <w:rPr>
                <w:b/>
                <w:bCs/>
                <w:sz w:val="22"/>
              </w:rPr>
              <w:t xml:space="preserve"> Retention</w:t>
            </w:r>
            <w:r w:rsidR="00A73D28" w:rsidRPr="00F40493">
              <w:rPr>
                <w:b/>
                <w:bCs/>
                <w:sz w:val="22"/>
              </w:rPr>
              <w:t xml:space="preserve"> Program Active</w:t>
            </w:r>
          </w:p>
        </w:tc>
      </w:tr>
    </w:tbl>
    <w:p w14:paraId="21904131" w14:textId="77777777" w:rsidR="002F60F2" w:rsidRDefault="002F60F2" w:rsidP="00B83648">
      <w:pPr>
        <w:spacing w:after="40"/>
        <w:rPr>
          <w:b/>
          <w:color w:val="003087"/>
          <w:sz w:val="24"/>
          <w:szCs w:val="24"/>
        </w:rPr>
      </w:pPr>
    </w:p>
    <w:p w14:paraId="1DFAF9F8" w14:textId="77777777" w:rsidR="008B6DB4" w:rsidRPr="000C5793" w:rsidRDefault="008B6DB4" w:rsidP="00B83648">
      <w:pPr>
        <w:spacing w:after="40"/>
        <w:rPr>
          <w:b/>
          <w:color w:val="003087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98"/>
      </w:tblGrid>
      <w:tr w:rsidR="00E70210" w14:paraId="23BD91FA" w14:textId="77777777" w:rsidTr="00F64C3B">
        <w:tc>
          <w:tcPr>
            <w:tcW w:w="10998" w:type="dxa"/>
            <w:tcBorders>
              <w:top w:val="single" w:sz="8" w:space="0" w:color="B8972B"/>
              <w:left w:val="single" w:sz="8" w:space="0" w:color="B8972B"/>
              <w:bottom w:val="single" w:sz="8" w:space="0" w:color="B8972B"/>
              <w:right w:val="single" w:sz="8" w:space="0" w:color="B8972B"/>
            </w:tcBorders>
            <w:shd w:val="clear" w:color="auto" w:fill="003087"/>
          </w:tcPr>
          <w:p w14:paraId="6F9434E1" w14:textId="77777777" w:rsidR="00E70210" w:rsidRPr="00756558" w:rsidRDefault="00A36364">
            <w:pPr>
              <w:spacing w:before="40" w:after="40"/>
              <w:rPr>
                <w:sz w:val="24"/>
                <w:szCs w:val="24"/>
              </w:rPr>
            </w:pPr>
            <w:r w:rsidRPr="00756558">
              <w:rPr>
                <w:b/>
                <w:color w:val="FFFFFF"/>
                <w:sz w:val="24"/>
                <w:szCs w:val="24"/>
              </w:rPr>
              <w:t xml:space="preserve">  SECTION 4 — PROGRAMS &amp; ACTIVITIES</w:t>
            </w:r>
          </w:p>
        </w:tc>
      </w:tr>
    </w:tbl>
    <w:p w14:paraId="3A95EF93" w14:textId="77777777" w:rsidR="00E70210" w:rsidRDefault="00E70210">
      <w:pPr>
        <w:spacing w:after="2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08"/>
        <w:gridCol w:w="5490"/>
      </w:tblGrid>
      <w:tr w:rsidR="00E70210" w:rsidRPr="00F40493" w14:paraId="3B8751C8" w14:textId="77777777" w:rsidTr="00F64C3B">
        <w:tc>
          <w:tcPr>
            <w:tcW w:w="5508" w:type="dxa"/>
            <w:shd w:val="clear" w:color="auto" w:fill="F0F0F0"/>
          </w:tcPr>
          <w:p w14:paraId="2514A662" w14:textId="77777777" w:rsidR="00E70210" w:rsidRPr="00F40493" w:rsidRDefault="00A36364">
            <w:pPr>
              <w:spacing w:before="20" w:after="20"/>
              <w:rPr>
                <w:b/>
                <w:bCs/>
                <w:color w:val="17365D" w:themeColor="text2" w:themeShade="BF"/>
                <w:sz w:val="22"/>
              </w:rPr>
            </w:pPr>
            <w:r w:rsidRPr="00F40493">
              <w:rPr>
                <w:b/>
                <w:bCs/>
                <w:i/>
                <w:color w:val="17365D" w:themeColor="text2" w:themeShade="BF"/>
                <w:sz w:val="22"/>
              </w:rPr>
              <w:t>Americanism Programs</w:t>
            </w:r>
          </w:p>
        </w:tc>
        <w:tc>
          <w:tcPr>
            <w:tcW w:w="5490" w:type="dxa"/>
            <w:shd w:val="clear" w:color="auto" w:fill="F0F0F0"/>
          </w:tcPr>
          <w:p w14:paraId="243FB81F" w14:textId="77777777" w:rsidR="00E70210" w:rsidRPr="00F40493" w:rsidRDefault="00A36364">
            <w:pPr>
              <w:spacing w:before="20" w:after="20"/>
              <w:rPr>
                <w:b/>
                <w:bCs/>
                <w:color w:val="17365D" w:themeColor="text2" w:themeShade="BF"/>
                <w:sz w:val="22"/>
              </w:rPr>
            </w:pPr>
            <w:r w:rsidRPr="00F40493">
              <w:rPr>
                <w:b/>
                <w:bCs/>
                <w:i/>
                <w:color w:val="17365D" w:themeColor="text2" w:themeShade="BF"/>
                <w:sz w:val="22"/>
              </w:rPr>
              <w:t>Children &amp; Youth Activities</w:t>
            </w:r>
          </w:p>
        </w:tc>
      </w:tr>
      <w:tr w:rsidR="00E70210" w:rsidRPr="00F40493" w14:paraId="542200B6" w14:textId="77777777" w:rsidTr="006E28BF">
        <w:trPr>
          <w:trHeight w:val="1646"/>
        </w:trPr>
        <w:tc>
          <w:tcPr>
            <w:tcW w:w="5508" w:type="dxa"/>
            <w:tcBorders>
              <w:bottom w:val="single" w:sz="6" w:space="0" w:color="003087"/>
            </w:tcBorders>
            <w:shd w:val="clear" w:color="auto" w:fill="FFFFFF"/>
          </w:tcPr>
          <w:p w14:paraId="51593B4C" w14:textId="77777777" w:rsidR="00E70210" w:rsidRPr="00F40493" w:rsidRDefault="00A36364">
            <w:pPr>
              <w:spacing w:before="40" w:after="40"/>
              <w:rPr>
                <w:b/>
                <w:bCs/>
                <w:color w:val="17365D" w:themeColor="text2" w:themeShade="BF"/>
                <w:sz w:val="22"/>
              </w:rPr>
            </w:pPr>
            <w:r w:rsidRPr="00F40493">
              <w:rPr>
                <w:b/>
                <w:bCs/>
                <w:color w:val="17365D" w:themeColor="text2" w:themeShade="BF"/>
                <w:sz w:val="22"/>
              </w:rPr>
              <w:t xml:space="preserve">  </w:t>
            </w:r>
          </w:p>
        </w:tc>
        <w:tc>
          <w:tcPr>
            <w:tcW w:w="5490" w:type="dxa"/>
            <w:tcBorders>
              <w:bottom w:val="single" w:sz="6" w:space="0" w:color="003087"/>
            </w:tcBorders>
            <w:shd w:val="clear" w:color="auto" w:fill="FFFFFF"/>
          </w:tcPr>
          <w:p w14:paraId="6744C40C" w14:textId="77777777" w:rsidR="00E70210" w:rsidRPr="00F40493" w:rsidRDefault="00A36364">
            <w:pPr>
              <w:spacing w:before="40" w:after="40"/>
              <w:rPr>
                <w:b/>
                <w:bCs/>
                <w:color w:val="17365D" w:themeColor="text2" w:themeShade="BF"/>
                <w:sz w:val="22"/>
              </w:rPr>
            </w:pPr>
            <w:r w:rsidRPr="00F40493">
              <w:rPr>
                <w:b/>
                <w:bCs/>
                <w:color w:val="17365D" w:themeColor="text2" w:themeShade="BF"/>
                <w:sz w:val="22"/>
              </w:rPr>
              <w:t xml:space="preserve">  </w:t>
            </w:r>
          </w:p>
        </w:tc>
      </w:tr>
    </w:tbl>
    <w:p w14:paraId="378225BA" w14:textId="77777777" w:rsidR="00E70210" w:rsidRPr="00F40493" w:rsidRDefault="00E70210">
      <w:pPr>
        <w:spacing w:after="40"/>
        <w:rPr>
          <w:b/>
          <w:bCs/>
          <w:color w:val="17365D" w:themeColor="text2" w:themeShade="BF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08"/>
        <w:gridCol w:w="5490"/>
      </w:tblGrid>
      <w:tr w:rsidR="00E70210" w:rsidRPr="00F40493" w14:paraId="659262FF" w14:textId="77777777" w:rsidTr="00F64C3B">
        <w:tc>
          <w:tcPr>
            <w:tcW w:w="5508" w:type="dxa"/>
            <w:shd w:val="clear" w:color="auto" w:fill="F0F0F0"/>
          </w:tcPr>
          <w:p w14:paraId="16EE21B8" w14:textId="4A9F5AF8" w:rsidR="00E70210" w:rsidRPr="00F40493" w:rsidRDefault="00BA3805">
            <w:pPr>
              <w:spacing w:before="20" w:after="20"/>
              <w:rPr>
                <w:b/>
                <w:bCs/>
                <w:color w:val="17365D" w:themeColor="text2" w:themeShade="BF"/>
                <w:sz w:val="22"/>
              </w:rPr>
            </w:pPr>
            <w:r w:rsidRPr="00F40493">
              <w:rPr>
                <w:b/>
                <w:bCs/>
                <w:i/>
                <w:color w:val="17365D" w:themeColor="text2" w:themeShade="BF"/>
                <w:sz w:val="22"/>
              </w:rPr>
              <w:t xml:space="preserve">Keystone </w:t>
            </w:r>
            <w:r w:rsidR="00A36364" w:rsidRPr="00F40493">
              <w:rPr>
                <w:b/>
                <w:bCs/>
                <w:i/>
                <w:color w:val="17365D" w:themeColor="text2" w:themeShade="BF"/>
                <w:sz w:val="22"/>
              </w:rPr>
              <w:t>Boys State Delegates Sponsored</w:t>
            </w:r>
          </w:p>
        </w:tc>
        <w:tc>
          <w:tcPr>
            <w:tcW w:w="5490" w:type="dxa"/>
            <w:shd w:val="clear" w:color="auto" w:fill="F0F0F0"/>
          </w:tcPr>
          <w:p w14:paraId="48905ED1" w14:textId="77777777" w:rsidR="00E70210" w:rsidRPr="00F40493" w:rsidRDefault="00A36364">
            <w:pPr>
              <w:spacing w:before="20" w:after="20"/>
              <w:rPr>
                <w:b/>
                <w:bCs/>
                <w:color w:val="17365D" w:themeColor="text2" w:themeShade="BF"/>
                <w:sz w:val="22"/>
              </w:rPr>
            </w:pPr>
            <w:r w:rsidRPr="00F40493">
              <w:rPr>
                <w:b/>
                <w:bCs/>
                <w:i/>
                <w:color w:val="17365D" w:themeColor="text2" w:themeShade="BF"/>
                <w:sz w:val="22"/>
              </w:rPr>
              <w:t>Oratorical Contest Participants</w:t>
            </w:r>
          </w:p>
        </w:tc>
      </w:tr>
      <w:tr w:rsidR="00E70210" w:rsidRPr="00F40493" w14:paraId="2D060311" w14:textId="77777777" w:rsidTr="006E28BF">
        <w:trPr>
          <w:trHeight w:val="1673"/>
        </w:trPr>
        <w:tc>
          <w:tcPr>
            <w:tcW w:w="5508" w:type="dxa"/>
            <w:tcBorders>
              <w:bottom w:val="single" w:sz="6" w:space="0" w:color="003087"/>
            </w:tcBorders>
            <w:shd w:val="clear" w:color="auto" w:fill="FFFFFF"/>
          </w:tcPr>
          <w:p w14:paraId="3BECC021" w14:textId="77777777" w:rsidR="00E70210" w:rsidRPr="00F40493" w:rsidRDefault="00A36364">
            <w:pPr>
              <w:spacing w:before="40" w:after="40"/>
              <w:rPr>
                <w:b/>
                <w:bCs/>
                <w:color w:val="17365D" w:themeColor="text2" w:themeShade="BF"/>
                <w:sz w:val="22"/>
              </w:rPr>
            </w:pPr>
            <w:r w:rsidRPr="00F40493">
              <w:rPr>
                <w:b/>
                <w:bCs/>
                <w:color w:val="17365D" w:themeColor="text2" w:themeShade="BF"/>
                <w:sz w:val="22"/>
              </w:rPr>
              <w:t xml:space="preserve">  </w:t>
            </w:r>
          </w:p>
        </w:tc>
        <w:tc>
          <w:tcPr>
            <w:tcW w:w="5490" w:type="dxa"/>
            <w:tcBorders>
              <w:bottom w:val="single" w:sz="6" w:space="0" w:color="003087"/>
            </w:tcBorders>
            <w:shd w:val="clear" w:color="auto" w:fill="FFFFFF"/>
          </w:tcPr>
          <w:p w14:paraId="0493969F" w14:textId="77777777" w:rsidR="00E70210" w:rsidRPr="00F40493" w:rsidRDefault="00A36364">
            <w:pPr>
              <w:spacing w:before="40" w:after="40"/>
              <w:rPr>
                <w:b/>
                <w:bCs/>
                <w:color w:val="17365D" w:themeColor="text2" w:themeShade="BF"/>
                <w:sz w:val="22"/>
              </w:rPr>
            </w:pPr>
            <w:r w:rsidRPr="00F40493">
              <w:rPr>
                <w:b/>
                <w:bCs/>
                <w:color w:val="17365D" w:themeColor="text2" w:themeShade="BF"/>
                <w:sz w:val="22"/>
              </w:rPr>
              <w:t xml:space="preserve">  </w:t>
            </w:r>
          </w:p>
        </w:tc>
      </w:tr>
    </w:tbl>
    <w:p w14:paraId="5AB06A95" w14:textId="77777777" w:rsidR="00E70210" w:rsidRPr="00F40493" w:rsidRDefault="00E70210">
      <w:pPr>
        <w:spacing w:after="40"/>
        <w:rPr>
          <w:b/>
          <w:bCs/>
          <w:color w:val="17365D" w:themeColor="text2" w:themeShade="BF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08"/>
        <w:gridCol w:w="5490"/>
      </w:tblGrid>
      <w:tr w:rsidR="00E70210" w:rsidRPr="00F40493" w14:paraId="0C41BACD" w14:textId="77777777" w:rsidTr="00F64C3B">
        <w:tc>
          <w:tcPr>
            <w:tcW w:w="5508" w:type="dxa"/>
            <w:shd w:val="clear" w:color="auto" w:fill="F0F0F0"/>
          </w:tcPr>
          <w:p w14:paraId="3CF5B3F1" w14:textId="1D8E3202" w:rsidR="00E70210" w:rsidRPr="00F40493" w:rsidRDefault="00DF2D45">
            <w:pPr>
              <w:spacing w:before="20" w:after="20"/>
              <w:rPr>
                <w:b/>
                <w:bCs/>
                <w:i/>
                <w:iCs/>
                <w:color w:val="17365D" w:themeColor="text2" w:themeShade="BF"/>
                <w:sz w:val="22"/>
              </w:rPr>
            </w:pPr>
            <w:r w:rsidRPr="00F40493">
              <w:rPr>
                <w:b/>
                <w:bCs/>
                <w:i/>
                <w:iCs/>
                <w:color w:val="17365D" w:themeColor="text2" w:themeShade="BF"/>
                <w:sz w:val="22"/>
              </w:rPr>
              <w:t>State Police Youth Week Sponsored</w:t>
            </w:r>
          </w:p>
        </w:tc>
        <w:tc>
          <w:tcPr>
            <w:tcW w:w="5490" w:type="dxa"/>
            <w:shd w:val="clear" w:color="auto" w:fill="F0F0F0"/>
          </w:tcPr>
          <w:p w14:paraId="3904E7E9" w14:textId="0544D389" w:rsidR="00E70210" w:rsidRPr="00F40493" w:rsidRDefault="00F23BDF">
            <w:pPr>
              <w:spacing w:before="20" w:after="20"/>
              <w:rPr>
                <w:b/>
                <w:bCs/>
                <w:i/>
                <w:iCs/>
                <w:color w:val="17365D" w:themeColor="text2" w:themeShade="BF"/>
                <w:sz w:val="22"/>
              </w:rPr>
            </w:pPr>
            <w:r w:rsidRPr="00F40493">
              <w:rPr>
                <w:b/>
                <w:bCs/>
                <w:i/>
                <w:iCs/>
                <w:color w:val="17365D" w:themeColor="text2" w:themeShade="BF"/>
                <w:sz w:val="22"/>
              </w:rPr>
              <w:t xml:space="preserve">Veterans </w:t>
            </w:r>
            <w:r w:rsidR="0061712C" w:rsidRPr="00F40493">
              <w:rPr>
                <w:b/>
                <w:bCs/>
                <w:i/>
                <w:iCs/>
                <w:color w:val="17365D" w:themeColor="text2" w:themeShade="BF"/>
                <w:sz w:val="22"/>
              </w:rPr>
              <w:t>Affairs &amp; Rehabilitation</w:t>
            </w:r>
          </w:p>
        </w:tc>
      </w:tr>
      <w:tr w:rsidR="00E70210" w:rsidRPr="00F40493" w14:paraId="49C5D7A4" w14:textId="77777777" w:rsidTr="006E28BF">
        <w:trPr>
          <w:trHeight w:val="1871"/>
        </w:trPr>
        <w:tc>
          <w:tcPr>
            <w:tcW w:w="5508" w:type="dxa"/>
            <w:tcBorders>
              <w:bottom w:val="single" w:sz="6" w:space="0" w:color="003087"/>
            </w:tcBorders>
            <w:shd w:val="clear" w:color="auto" w:fill="FFFFFF"/>
          </w:tcPr>
          <w:p w14:paraId="50A80631" w14:textId="77777777" w:rsidR="00E70210" w:rsidRPr="00F40493" w:rsidRDefault="00A36364">
            <w:pPr>
              <w:spacing w:before="40" w:after="40"/>
              <w:rPr>
                <w:b/>
                <w:bCs/>
                <w:color w:val="17365D" w:themeColor="text2" w:themeShade="BF"/>
                <w:sz w:val="22"/>
              </w:rPr>
            </w:pPr>
            <w:r w:rsidRPr="00F40493">
              <w:rPr>
                <w:b/>
                <w:bCs/>
                <w:color w:val="17365D" w:themeColor="text2" w:themeShade="BF"/>
                <w:sz w:val="22"/>
              </w:rPr>
              <w:t xml:space="preserve">  </w:t>
            </w:r>
          </w:p>
        </w:tc>
        <w:tc>
          <w:tcPr>
            <w:tcW w:w="5490" w:type="dxa"/>
            <w:tcBorders>
              <w:bottom w:val="single" w:sz="6" w:space="0" w:color="003087"/>
            </w:tcBorders>
            <w:shd w:val="clear" w:color="auto" w:fill="FFFFFF"/>
          </w:tcPr>
          <w:p w14:paraId="590256B9" w14:textId="77777777" w:rsidR="00E70210" w:rsidRPr="00F40493" w:rsidRDefault="00A36364">
            <w:pPr>
              <w:spacing w:before="40" w:after="40"/>
              <w:rPr>
                <w:b/>
                <w:bCs/>
                <w:color w:val="17365D" w:themeColor="text2" w:themeShade="BF"/>
                <w:sz w:val="22"/>
              </w:rPr>
            </w:pPr>
            <w:r w:rsidRPr="00F40493">
              <w:rPr>
                <w:b/>
                <w:bCs/>
                <w:color w:val="17365D" w:themeColor="text2" w:themeShade="BF"/>
                <w:sz w:val="22"/>
              </w:rPr>
              <w:t xml:space="preserve">  </w:t>
            </w:r>
          </w:p>
        </w:tc>
      </w:tr>
    </w:tbl>
    <w:p w14:paraId="45EE7FA7" w14:textId="77777777" w:rsidR="00E70210" w:rsidRPr="00F40493" w:rsidRDefault="00E70210">
      <w:pPr>
        <w:spacing w:after="40"/>
        <w:rPr>
          <w:b/>
          <w:bCs/>
          <w:color w:val="17365D" w:themeColor="text2" w:themeShade="BF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08"/>
        <w:gridCol w:w="5490"/>
      </w:tblGrid>
      <w:tr w:rsidR="00E70210" w:rsidRPr="00F40493" w14:paraId="00B9D5F8" w14:textId="77777777" w:rsidTr="00F64C3B">
        <w:tc>
          <w:tcPr>
            <w:tcW w:w="5508" w:type="dxa"/>
            <w:shd w:val="clear" w:color="auto" w:fill="F0F0F0"/>
          </w:tcPr>
          <w:p w14:paraId="69A3F1AC" w14:textId="4DF1E8C8" w:rsidR="00E70210" w:rsidRPr="00F40493" w:rsidRDefault="00DF2D45">
            <w:pPr>
              <w:spacing w:before="20" w:after="20"/>
              <w:rPr>
                <w:b/>
                <w:bCs/>
                <w:color w:val="17365D" w:themeColor="text2" w:themeShade="BF"/>
                <w:sz w:val="22"/>
              </w:rPr>
            </w:pPr>
            <w:r w:rsidRPr="00F40493">
              <w:rPr>
                <w:b/>
                <w:bCs/>
                <w:i/>
                <w:color w:val="17365D" w:themeColor="text2" w:themeShade="BF"/>
                <w:sz w:val="22"/>
              </w:rPr>
              <w:t>Scholarships Awarded ($)</w:t>
            </w:r>
          </w:p>
        </w:tc>
        <w:tc>
          <w:tcPr>
            <w:tcW w:w="5490" w:type="dxa"/>
            <w:shd w:val="clear" w:color="auto" w:fill="F0F0F0"/>
          </w:tcPr>
          <w:p w14:paraId="517B42AD" w14:textId="270FD87C" w:rsidR="00E70210" w:rsidRPr="00F40493" w:rsidRDefault="00647894">
            <w:pPr>
              <w:spacing w:before="20" w:after="20"/>
              <w:rPr>
                <w:b/>
                <w:bCs/>
                <w:color w:val="17365D" w:themeColor="text2" w:themeShade="BF"/>
                <w:sz w:val="22"/>
              </w:rPr>
            </w:pPr>
            <w:r w:rsidRPr="00F40493">
              <w:rPr>
                <w:b/>
                <w:bCs/>
                <w:i/>
                <w:color w:val="17365D" w:themeColor="text2" w:themeShade="BF"/>
                <w:sz w:val="22"/>
              </w:rPr>
              <w:t xml:space="preserve">Junior </w:t>
            </w:r>
            <w:r w:rsidR="00AA5E74" w:rsidRPr="00F40493">
              <w:rPr>
                <w:b/>
                <w:bCs/>
                <w:i/>
                <w:color w:val="17365D" w:themeColor="text2" w:themeShade="BF"/>
                <w:sz w:val="22"/>
              </w:rPr>
              <w:t>Shooting Sports Sponsored</w:t>
            </w:r>
          </w:p>
        </w:tc>
      </w:tr>
      <w:tr w:rsidR="00E70210" w:rsidRPr="00F40493" w14:paraId="3210843D" w14:textId="77777777" w:rsidTr="006E28BF">
        <w:trPr>
          <w:trHeight w:val="2213"/>
        </w:trPr>
        <w:tc>
          <w:tcPr>
            <w:tcW w:w="5508" w:type="dxa"/>
            <w:tcBorders>
              <w:bottom w:val="single" w:sz="6" w:space="0" w:color="003087"/>
            </w:tcBorders>
            <w:shd w:val="clear" w:color="auto" w:fill="FFFFFF"/>
          </w:tcPr>
          <w:p w14:paraId="74524CE1" w14:textId="77777777" w:rsidR="00E70210" w:rsidRPr="00F40493" w:rsidRDefault="00A36364">
            <w:pPr>
              <w:spacing w:before="40" w:after="40"/>
              <w:rPr>
                <w:b/>
                <w:bCs/>
                <w:color w:val="17365D" w:themeColor="text2" w:themeShade="BF"/>
                <w:sz w:val="22"/>
              </w:rPr>
            </w:pPr>
            <w:r w:rsidRPr="00F40493">
              <w:rPr>
                <w:b/>
                <w:bCs/>
                <w:color w:val="17365D" w:themeColor="text2" w:themeShade="BF"/>
                <w:sz w:val="22"/>
              </w:rPr>
              <w:t xml:space="preserve">  </w:t>
            </w:r>
          </w:p>
        </w:tc>
        <w:tc>
          <w:tcPr>
            <w:tcW w:w="5490" w:type="dxa"/>
            <w:tcBorders>
              <w:bottom w:val="single" w:sz="6" w:space="0" w:color="003087"/>
            </w:tcBorders>
            <w:shd w:val="clear" w:color="auto" w:fill="FFFFFF"/>
          </w:tcPr>
          <w:p w14:paraId="145C4004" w14:textId="77777777" w:rsidR="00E70210" w:rsidRPr="00F40493" w:rsidRDefault="00A36364">
            <w:pPr>
              <w:spacing w:before="40" w:after="40"/>
              <w:rPr>
                <w:b/>
                <w:bCs/>
                <w:color w:val="17365D" w:themeColor="text2" w:themeShade="BF"/>
                <w:sz w:val="22"/>
              </w:rPr>
            </w:pPr>
            <w:r w:rsidRPr="00F40493">
              <w:rPr>
                <w:b/>
                <w:bCs/>
                <w:color w:val="17365D" w:themeColor="text2" w:themeShade="BF"/>
                <w:sz w:val="22"/>
              </w:rPr>
              <w:t xml:space="preserve">  </w:t>
            </w:r>
          </w:p>
        </w:tc>
      </w:tr>
    </w:tbl>
    <w:p w14:paraId="3EADE723" w14:textId="77777777" w:rsidR="00E70210" w:rsidRPr="00F40493" w:rsidRDefault="00E70210">
      <w:pPr>
        <w:spacing w:after="40"/>
        <w:rPr>
          <w:b/>
          <w:bCs/>
          <w:color w:val="17365D" w:themeColor="text2" w:themeShade="BF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08"/>
        <w:gridCol w:w="5490"/>
      </w:tblGrid>
      <w:tr w:rsidR="00E70210" w:rsidRPr="00F40493" w14:paraId="0C698834" w14:textId="77777777" w:rsidTr="00F64C3B">
        <w:tc>
          <w:tcPr>
            <w:tcW w:w="5508" w:type="dxa"/>
            <w:shd w:val="clear" w:color="auto" w:fill="F0F0F0"/>
          </w:tcPr>
          <w:p w14:paraId="3088EE6D" w14:textId="77777777" w:rsidR="00E70210" w:rsidRPr="00F40493" w:rsidRDefault="00A36364">
            <w:pPr>
              <w:spacing w:before="20" w:after="20"/>
              <w:rPr>
                <w:b/>
                <w:bCs/>
                <w:color w:val="17365D" w:themeColor="text2" w:themeShade="BF"/>
                <w:sz w:val="22"/>
              </w:rPr>
            </w:pPr>
            <w:r w:rsidRPr="00F40493">
              <w:rPr>
                <w:b/>
                <w:bCs/>
                <w:i/>
                <w:color w:val="17365D" w:themeColor="text2" w:themeShade="BF"/>
                <w:sz w:val="22"/>
              </w:rPr>
              <w:t>VA / Hospital Visits</w:t>
            </w:r>
          </w:p>
        </w:tc>
        <w:tc>
          <w:tcPr>
            <w:tcW w:w="5490" w:type="dxa"/>
            <w:shd w:val="clear" w:color="auto" w:fill="F0F0F0"/>
          </w:tcPr>
          <w:p w14:paraId="102F94BB" w14:textId="77777777" w:rsidR="00E70210" w:rsidRPr="00F40493" w:rsidRDefault="00A36364">
            <w:pPr>
              <w:spacing w:before="20" w:after="20"/>
              <w:rPr>
                <w:b/>
                <w:bCs/>
                <w:color w:val="17365D" w:themeColor="text2" w:themeShade="BF"/>
                <w:sz w:val="22"/>
              </w:rPr>
            </w:pPr>
            <w:r w:rsidRPr="00F40493">
              <w:rPr>
                <w:b/>
                <w:bCs/>
                <w:i/>
                <w:color w:val="17365D" w:themeColor="text2" w:themeShade="BF"/>
                <w:sz w:val="22"/>
              </w:rPr>
              <w:t>Community Service Hours</w:t>
            </w:r>
          </w:p>
        </w:tc>
      </w:tr>
      <w:tr w:rsidR="00E70210" w:rsidRPr="00F40493" w14:paraId="22AED3DA" w14:textId="77777777" w:rsidTr="00F40493">
        <w:trPr>
          <w:trHeight w:val="1871"/>
        </w:trPr>
        <w:tc>
          <w:tcPr>
            <w:tcW w:w="5508" w:type="dxa"/>
            <w:tcBorders>
              <w:bottom w:val="single" w:sz="6" w:space="0" w:color="003087"/>
            </w:tcBorders>
            <w:shd w:val="clear" w:color="auto" w:fill="FFFFFF"/>
          </w:tcPr>
          <w:p w14:paraId="479AE431" w14:textId="77777777" w:rsidR="00E70210" w:rsidRPr="00F40493" w:rsidRDefault="00A36364">
            <w:pPr>
              <w:spacing w:before="40" w:after="40"/>
              <w:rPr>
                <w:b/>
                <w:bCs/>
                <w:color w:val="17365D" w:themeColor="text2" w:themeShade="BF"/>
                <w:sz w:val="22"/>
              </w:rPr>
            </w:pPr>
            <w:r w:rsidRPr="00F40493">
              <w:rPr>
                <w:b/>
                <w:bCs/>
                <w:color w:val="17365D" w:themeColor="text2" w:themeShade="BF"/>
                <w:sz w:val="22"/>
              </w:rPr>
              <w:t xml:space="preserve">  </w:t>
            </w:r>
          </w:p>
        </w:tc>
        <w:tc>
          <w:tcPr>
            <w:tcW w:w="5490" w:type="dxa"/>
            <w:tcBorders>
              <w:bottom w:val="single" w:sz="6" w:space="0" w:color="003087"/>
            </w:tcBorders>
            <w:shd w:val="clear" w:color="auto" w:fill="FFFFFF"/>
          </w:tcPr>
          <w:p w14:paraId="1C311993" w14:textId="77777777" w:rsidR="00E70210" w:rsidRPr="00F40493" w:rsidRDefault="00A36364">
            <w:pPr>
              <w:spacing w:before="40" w:after="40"/>
              <w:rPr>
                <w:b/>
                <w:bCs/>
                <w:color w:val="17365D" w:themeColor="text2" w:themeShade="BF"/>
                <w:sz w:val="22"/>
              </w:rPr>
            </w:pPr>
            <w:r w:rsidRPr="00F40493">
              <w:rPr>
                <w:b/>
                <w:bCs/>
                <w:color w:val="17365D" w:themeColor="text2" w:themeShade="BF"/>
                <w:sz w:val="22"/>
              </w:rPr>
              <w:t xml:space="preserve">  </w:t>
            </w:r>
          </w:p>
        </w:tc>
      </w:tr>
    </w:tbl>
    <w:p w14:paraId="5376C395" w14:textId="77777777" w:rsidR="00E70210" w:rsidRPr="00F40493" w:rsidRDefault="00E70210">
      <w:pPr>
        <w:spacing w:after="40"/>
        <w:rPr>
          <w:b/>
          <w:bCs/>
          <w:color w:val="17365D" w:themeColor="text2" w:themeShade="BF"/>
          <w:sz w:val="22"/>
        </w:rPr>
      </w:pPr>
    </w:p>
    <w:tbl>
      <w:tblPr>
        <w:tblStyle w:val="TableGrid"/>
        <w:tblW w:w="11088" w:type="dxa"/>
        <w:tblLook w:val="04A0" w:firstRow="1" w:lastRow="0" w:firstColumn="1" w:lastColumn="0" w:noHBand="0" w:noVBand="1"/>
      </w:tblPr>
      <w:tblGrid>
        <w:gridCol w:w="2700"/>
        <w:gridCol w:w="2700"/>
        <w:gridCol w:w="2700"/>
        <w:gridCol w:w="2988"/>
      </w:tblGrid>
      <w:tr w:rsidR="00E70210" w:rsidRPr="00F40493" w14:paraId="2C59B77D" w14:textId="77777777" w:rsidTr="004F6E78">
        <w:trPr>
          <w:trHeight w:val="134"/>
        </w:trPr>
        <w:tc>
          <w:tcPr>
            <w:tcW w:w="2700" w:type="dxa"/>
            <w:shd w:val="clear" w:color="auto" w:fill="FFFFFF"/>
          </w:tcPr>
          <w:p w14:paraId="0E3A05A5" w14:textId="328DBD4C" w:rsidR="00E70210" w:rsidRPr="00F40493" w:rsidRDefault="00213F4D">
            <w:pPr>
              <w:spacing w:before="40" w:after="40"/>
              <w:rPr>
                <w:b/>
                <w:bCs/>
                <w:color w:val="17365D" w:themeColor="text2" w:themeShade="BF"/>
                <w:sz w:val="22"/>
              </w:rPr>
            </w:pPr>
            <w:r w:rsidRPr="00F40493">
              <w:rPr>
                <w:rFonts w:ascii="Segoe UI Symbol" w:hAnsi="Segoe UI Symbol" w:cs="Segoe UI Symbol"/>
                <w:b/>
                <w:bCs/>
                <w:color w:val="17365D" w:themeColor="text2" w:themeShade="BF"/>
                <w:sz w:val="22"/>
              </w:rPr>
              <w:t>☐</w:t>
            </w:r>
            <w:r w:rsidRPr="00F40493">
              <w:rPr>
                <w:b/>
                <w:bCs/>
                <w:color w:val="17365D" w:themeColor="text2" w:themeShade="BF"/>
                <w:sz w:val="22"/>
              </w:rPr>
              <w:t xml:space="preserve"> ALA</w:t>
            </w:r>
            <w:r w:rsidR="00A36364" w:rsidRPr="00F40493">
              <w:rPr>
                <w:b/>
                <w:bCs/>
                <w:color w:val="17365D" w:themeColor="text2" w:themeShade="BF"/>
                <w:sz w:val="22"/>
              </w:rPr>
              <w:t xml:space="preserve"> Auxiliary Unit</w:t>
            </w:r>
          </w:p>
        </w:tc>
        <w:tc>
          <w:tcPr>
            <w:tcW w:w="2700" w:type="dxa"/>
            <w:shd w:val="clear" w:color="auto" w:fill="FFFFFF"/>
          </w:tcPr>
          <w:p w14:paraId="62F74E9A" w14:textId="4C55D3F8" w:rsidR="00E70210" w:rsidRPr="00F40493" w:rsidRDefault="00213F4D">
            <w:pPr>
              <w:spacing w:before="40" w:after="40"/>
              <w:rPr>
                <w:b/>
                <w:bCs/>
                <w:color w:val="17365D" w:themeColor="text2" w:themeShade="BF"/>
                <w:sz w:val="22"/>
              </w:rPr>
            </w:pPr>
            <w:r w:rsidRPr="00F40493">
              <w:rPr>
                <w:rFonts w:ascii="Segoe UI Symbol" w:hAnsi="Segoe UI Symbol" w:cs="Segoe UI Symbol"/>
                <w:b/>
                <w:bCs/>
                <w:color w:val="17365D" w:themeColor="text2" w:themeShade="BF"/>
                <w:sz w:val="22"/>
              </w:rPr>
              <w:t>☐</w:t>
            </w:r>
            <w:r w:rsidRPr="00F40493">
              <w:rPr>
                <w:b/>
                <w:bCs/>
                <w:color w:val="17365D" w:themeColor="text2" w:themeShade="BF"/>
                <w:sz w:val="22"/>
              </w:rPr>
              <w:t xml:space="preserve"> SAL</w:t>
            </w:r>
            <w:r w:rsidR="00A36364" w:rsidRPr="00F40493">
              <w:rPr>
                <w:b/>
                <w:bCs/>
                <w:color w:val="17365D" w:themeColor="text2" w:themeShade="BF"/>
                <w:sz w:val="22"/>
              </w:rPr>
              <w:t xml:space="preserve"> Squadron</w:t>
            </w:r>
          </w:p>
        </w:tc>
        <w:tc>
          <w:tcPr>
            <w:tcW w:w="2700" w:type="dxa"/>
            <w:shd w:val="clear" w:color="auto" w:fill="FFFFFF"/>
          </w:tcPr>
          <w:p w14:paraId="448F449C" w14:textId="4E889BF5" w:rsidR="00E70210" w:rsidRPr="00F40493" w:rsidRDefault="00213F4D">
            <w:pPr>
              <w:spacing w:before="40" w:after="40"/>
              <w:rPr>
                <w:b/>
                <w:bCs/>
                <w:color w:val="17365D" w:themeColor="text2" w:themeShade="BF"/>
                <w:sz w:val="22"/>
              </w:rPr>
            </w:pPr>
            <w:r w:rsidRPr="00F40493">
              <w:rPr>
                <w:rFonts w:ascii="Segoe UI Symbol" w:hAnsi="Segoe UI Symbol" w:cs="Segoe UI Symbol"/>
                <w:b/>
                <w:bCs/>
                <w:color w:val="17365D" w:themeColor="text2" w:themeShade="BF"/>
                <w:sz w:val="22"/>
              </w:rPr>
              <w:t>☐</w:t>
            </w:r>
            <w:r w:rsidRPr="00F40493">
              <w:rPr>
                <w:b/>
                <w:bCs/>
                <w:color w:val="17365D" w:themeColor="text2" w:themeShade="BF"/>
                <w:sz w:val="22"/>
              </w:rPr>
              <w:t xml:space="preserve"> AL</w:t>
            </w:r>
            <w:r w:rsidR="00A36364" w:rsidRPr="00F40493">
              <w:rPr>
                <w:b/>
                <w:bCs/>
                <w:color w:val="17365D" w:themeColor="text2" w:themeShade="BF"/>
                <w:sz w:val="22"/>
              </w:rPr>
              <w:t xml:space="preserve"> Riders Chapter</w:t>
            </w:r>
          </w:p>
        </w:tc>
        <w:tc>
          <w:tcPr>
            <w:tcW w:w="2988" w:type="dxa"/>
            <w:shd w:val="clear" w:color="auto" w:fill="FFFFFF"/>
          </w:tcPr>
          <w:p w14:paraId="4747E645" w14:textId="1B16389E" w:rsidR="00E70210" w:rsidRPr="00F40493" w:rsidRDefault="00213F4D">
            <w:pPr>
              <w:spacing w:before="40" w:after="40"/>
              <w:rPr>
                <w:b/>
                <w:bCs/>
                <w:color w:val="17365D" w:themeColor="text2" w:themeShade="BF"/>
                <w:sz w:val="22"/>
              </w:rPr>
            </w:pPr>
            <w:r w:rsidRPr="00F40493">
              <w:rPr>
                <w:rFonts w:ascii="Segoe UI Symbol" w:hAnsi="Segoe UI Symbol" w:cs="Segoe UI Symbol"/>
                <w:b/>
                <w:bCs/>
                <w:color w:val="17365D" w:themeColor="text2" w:themeShade="BF"/>
                <w:sz w:val="22"/>
              </w:rPr>
              <w:t>☐</w:t>
            </w:r>
            <w:r w:rsidRPr="00F40493">
              <w:rPr>
                <w:b/>
                <w:bCs/>
                <w:color w:val="17365D" w:themeColor="text2" w:themeShade="BF"/>
                <w:sz w:val="22"/>
              </w:rPr>
              <w:t xml:space="preserve"> JROTC</w:t>
            </w:r>
            <w:r w:rsidR="00A36364" w:rsidRPr="00F40493">
              <w:rPr>
                <w:b/>
                <w:bCs/>
                <w:color w:val="17365D" w:themeColor="text2" w:themeShade="BF"/>
                <w:sz w:val="22"/>
              </w:rPr>
              <w:t xml:space="preserve"> / ROTC Sponsored</w:t>
            </w:r>
          </w:p>
        </w:tc>
      </w:tr>
    </w:tbl>
    <w:p w14:paraId="2E93B89F" w14:textId="77777777" w:rsidR="006E28BF" w:rsidRDefault="006E28BF" w:rsidP="00C37A4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98"/>
      </w:tblGrid>
      <w:tr w:rsidR="00E70210" w:rsidRPr="00756558" w14:paraId="7EC8320B" w14:textId="77777777" w:rsidTr="00F64C3B">
        <w:tc>
          <w:tcPr>
            <w:tcW w:w="10998" w:type="dxa"/>
            <w:tcBorders>
              <w:top w:val="single" w:sz="8" w:space="0" w:color="B8972B"/>
              <w:left w:val="single" w:sz="8" w:space="0" w:color="B8972B"/>
              <w:bottom w:val="single" w:sz="8" w:space="0" w:color="B8972B"/>
              <w:right w:val="single" w:sz="8" w:space="0" w:color="B8972B"/>
            </w:tcBorders>
            <w:shd w:val="clear" w:color="auto" w:fill="003087"/>
          </w:tcPr>
          <w:p w14:paraId="72353892" w14:textId="77777777" w:rsidR="00E70210" w:rsidRPr="00756558" w:rsidRDefault="00A36364">
            <w:pPr>
              <w:spacing w:before="40" w:after="40"/>
              <w:rPr>
                <w:sz w:val="24"/>
                <w:szCs w:val="24"/>
              </w:rPr>
            </w:pPr>
            <w:r w:rsidRPr="00756558">
              <w:rPr>
                <w:b/>
                <w:color w:val="FFFFFF"/>
                <w:sz w:val="24"/>
                <w:szCs w:val="24"/>
              </w:rPr>
              <w:t xml:space="preserve">  SECTION 5 — FINANCIAL SNAPSHOT</w:t>
            </w:r>
          </w:p>
        </w:tc>
      </w:tr>
    </w:tbl>
    <w:p w14:paraId="6134DDAF" w14:textId="77777777" w:rsidR="00E70210" w:rsidRPr="00756558" w:rsidRDefault="00E70210">
      <w:pPr>
        <w:spacing w:after="20"/>
        <w:rPr>
          <w:sz w:val="24"/>
          <w:szCs w:val="24"/>
        </w:rPr>
      </w:pPr>
    </w:p>
    <w:tbl>
      <w:tblPr>
        <w:tblStyle w:val="TableGrid"/>
        <w:tblW w:w="10998" w:type="dxa"/>
        <w:tblLayout w:type="fixed"/>
        <w:tblLook w:val="04A0" w:firstRow="1" w:lastRow="0" w:firstColumn="1" w:lastColumn="0" w:noHBand="0" w:noVBand="1"/>
      </w:tblPr>
      <w:tblGrid>
        <w:gridCol w:w="1818"/>
        <w:gridCol w:w="1800"/>
        <w:gridCol w:w="1800"/>
        <w:gridCol w:w="1980"/>
        <w:gridCol w:w="1710"/>
        <w:gridCol w:w="1890"/>
      </w:tblGrid>
      <w:tr w:rsidR="00E70210" w:rsidRPr="00F40493" w14:paraId="261F54E8" w14:textId="77777777" w:rsidTr="00F64C3B">
        <w:tc>
          <w:tcPr>
            <w:tcW w:w="1818" w:type="dxa"/>
            <w:shd w:val="clear" w:color="auto" w:fill="F0F0F0"/>
          </w:tcPr>
          <w:p w14:paraId="44296EFF" w14:textId="77777777" w:rsidR="00E70210" w:rsidRPr="00F40493" w:rsidRDefault="00A36364">
            <w:pPr>
              <w:spacing w:before="20" w:after="2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i/>
                <w:color w:val="6B6B6B"/>
                <w:sz w:val="22"/>
              </w:rPr>
              <w:t>Dues Income ($)</w:t>
            </w:r>
          </w:p>
        </w:tc>
        <w:tc>
          <w:tcPr>
            <w:tcW w:w="1800" w:type="dxa"/>
            <w:shd w:val="clear" w:color="auto" w:fill="F0F0F0"/>
          </w:tcPr>
          <w:p w14:paraId="0494001C" w14:textId="77777777" w:rsidR="00E70210" w:rsidRPr="00F40493" w:rsidRDefault="00A36364">
            <w:pPr>
              <w:spacing w:before="20" w:after="2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i/>
                <w:color w:val="6B6B6B"/>
                <w:sz w:val="22"/>
              </w:rPr>
              <w:t>Other Income ($)</w:t>
            </w:r>
          </w:p>
        </w:tc>
        <w:tc>
          <w:tcPr>
            <w:tcW w:w="1800" w:type="dxa"/>
            <w:shd w:val="clear" w:color="auto" w:fill="F0F0F0"/>
          </w:tcPr>
          <w:p w14:paraId="3CD4F2FC" w14:textId="77777777" w:rsidR="00E70210" w:rsidRPr="00F40493" w:rsidRDefault="00A36364">
            <w:pPr>
              <w:spacing w:before="20" w:after="2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i/>
                <w:color w:val="6B6B6B"/>
                <w:sz w:val="22"/>
              </w:rPr>
              <w:t>Total Income ($)</w:t>
            </w:r>
          </w:p>
        </w:tc>
        <w:tc>
          <w:tcPr>
            <w:tcW w:w="1980" w:type="dxa"/>
            <w:shd w:val="clear" w:color="auto" w:fill="F0F0F0"/>
          </w:tcPr>
          <w:p w14:paraId="507A8BF5" w14:textId="77777777" w:rsidR="00E70210" w:rsidRPr="00F40493" w:rsidRDefault="00A36364">
            <w:pPr>
              <w:spacing w:before="20" w:after="2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i/>
                <w:color w:val="6B6B6B"/>
                <w:sz w:val="22"/>
              </w:rPr>
              <w:t>Total Expenses ($)</w:t>
            </w:r>
          </w:p>
        </w:tc>
        <w:tc>
          <w:tcPr>
            <w:tcW w:w="1710" w:type="dxa"/>
            <w:shd w:val="clear" w:color="auto" w:fill="F0F0F0"/>
          </w:tcPr>
          <w:p w14:paraId="08580AC0" w14:textId="44D30F19" w:rsidR="00E70210" w:rsidRPr="00F40493" w:rsidRDefault="00A36364">
            <w:pPr>
              <w:spacing w:before="20" w:after="2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i/>
                <w:color w:val="6B6B6B"/>
                <w:sz w:val="22"/>
              </w:rPr>
              <w:t>Net Surplus</w:t>
            </w:r>
            <w:r w:rsidR="00756558" w:rsidRPr="00F40493">
              <w:rPr>
                <w:b/>
                <w:bCs/>
                <w:i/>
                <w:color w:val="6B6B6B"/>
                <w:sz w:val="22"/>
              </w:rPr>
              <w:t xml:space="preserve"> </w:t>
            </w:r>
            <w:r w:rsidRPr="00F40493">
              <w:rPr>
                <w:b/>
                <w:bCs/>
                <w:i/>
                <w:color w:val="6B6B6B"/>
                <w:sz w:val="22"/>
              </w:rPr>
              <w:t>/Deficit ($)</w:t>
            </w:r>
          </w:p>
        </w:tc>
        <w:tc>
          <w:tcPr>
            <w:tcW w:w="1890" w:type="dxa"/>
            <w:shd w:val="clear" w:color="auto" w:fill="F0F0F0"/>
          </w:tcPr>
          <w:p w14:paraId="34A12BF0" w14:textId="77777777" w:rsidR="00E70210" w:rsidRPr="00F40493" w:rsidRDefault="00A36364">
            <w:pPr>
              <w:spacing w:before="20" w:after="2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i/>
                <w:color w:val="6B6B6B"/>
                <w:sz w:val="22"/>
              </w:rPr>
              <w:t>Charitable Giving ($)</w:t>
            </w:r>
          </w:p>
        </w:tc>
      </w:tr>
      <w:tr w:rsidR="00E70210" w:rsidRPr="00F40493" w14:paraId="2C6C00D1" w14:textId="77777777" w:rsidTr="00F64C3B">
        <w:trPr>
          <w:trHeight w:val="971"/>
        </w:trPr>
        <w:tc>
          <w:tcPr>
            <w:tcW w:w="1818" w:type="dxa"/>
            <w:tcBorders>
              <w:bottom w:val="single" w:sz="6" w:space="0" w:color="003087"/>
            </w:tcBorders>
            <w:shd w:val="clear" w:color="auto" w:fill="FFFFFF"/>
          </w:tcPr>
          <w:p w14:paraId="1B08FD09" w14:textId="77777777" w:rsidR="00E70210" w:rsidRPr="00F40493" w:rsidRDefault="00A36364">
            <w:pPr>
              <w:spacing w:before="40" w:after="4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sz w:val="22"/>
              </w:rPr>
              <w:t xml:space="preserve">  </w:t>
            </w:r>
          </w:p>
        </w:tc>
        <w:tc>
          <w:tcPr>
            <w:tcW w:w="1800" w:type="dxa"/>
            <w:tcBorders>
              <w:bottom w:val="single" w:sz="6" w:space="0" w:color="003087"/>
            </w:tcBorders>
            <w:shd w:val="clear" w:color="auto" w:fill="FFFFFF"/>
          </w:tcPr>
          <w:p w14:paraId="42DFF0F3" w14:textId="77777777" w:rsidR="00E70210" w:rsidRPr="00F40493" w:rsidRDefault="00A36364">
            <w:pPr>
              <w:spacing w:before="40" w:after="4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sz w:val="22"/>
              </w:rPr>
              <w:t xml:space="preserve">  </w:t>
            </w:r>
          </w:p>
        </w:tc>
        <w:tc>
          <w:tcPr>
            <w:tcW w:w="1800" w:type="dxa"/>
            <w:tcBorders>
              <w:bottom w:val="single" w:sz="6" w:space="0" w:color="003087"/>
            </w:tcBorders>
            <w:shd w:val="clear" w:color="auto" w:fill="FFFFFF"/>
          </w:tcPr>
          <w:p w14:paraId="242B7A56" w14:textId="77777777" w:rsidR="00E70210" w:rsidRPr="00F40493" w:rsidRDefault="00A36364">
            <w:pPr>
              <w:spacing w:before="40" w:after="4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sz w:val="22"/>
              </w:rPr>
              <w:t xml:space="preserve">  </w:t>
            </w:r>
          </w:p>
        </w:tc>
        <w:tc>
          <w:tcPr>
            <w:tcW w:w="1980" w:type="dxa"/>
            <w:tcBorders>
              <w:bottom w:val="single" w:sz="6" w:space="0" w:color="003087"/>
            </w:tcBorders>
            <w:shd w:val="clear" w:color="auto" w:fill="FFFFFF"/>
          </w:tcPr>
          <w:p w14:paraId="330109D6" w14:textId="77777777" w:rsidR="00E70210" w:rsidRPr="00F40493" w:rsidRDefault="00A36364">
            <w:pPr>
              <w:spacing w:before="40" w:after="4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sz w:val="22"/>
              </w:rPr>
              <w:t xml:space="preserve">  </w:t>
            </w:r>
          </w:p>
        </w:tc>
        <w:tc>
          <w:tcPr>
            <w:tcW w:w="1710" w:type="dxa"/>
            <w:tcBorders>
              <w:bottom w:val="single" w:sz="6" w:space="0" w:color="003087"/>
            </w:tcBorders>
            <w:shd w:val="clear" w:color="auto" w:fill="FFFFFF"/>
          </w:tcPr>
          <w:p w14:paraId="49E3335A" w14:textId="77777777" w:rsidR="00E70210" w:rsidRPr="00F40493" w:rsidRDefault="00A36364">
            <w:pPr>
              <w:spacing w:before="40" w:after="4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sz w:val="22"/>
              </w:rPr>
              <w:t xml:space="preserve">  </w:t>
            </w:r>
          </w:p>
        </w:tc>
        <w:tc>
          <w:tcPr>
            <w:tcW w:w="1890" w:type="dxa"/>
            <w:tcBorders>
              <w:bottom w:val="single" w:sz="6" w:space="0" w:color="003087"/>
            </w:tcBorders>
            <w:shd w:val="clear" w:color="auto" w:fill="FFFFFF"/>
          </w:tcPr>
          <w:p w14:paraId="2C35F104" w14:textId="77777777" w:rsidR="00E70210" w:rsidRPr="00F40493" w:rsidRDefault="00A36364">
            <w:pPr>
              <w:spacing w:before="40" w:after="4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sz w:val="22"/>
              </w:rPr>
              <w:t xml:space="preserve">  </w:t>
            </w:r>
          </w:p>
        </w:tc>
      </w:tr>
    </w:tbl>
    <w:p w14:paraId="46682E03" w14:textId="77777777" w:rsidR="00E70210" w:rsidRPr="00F40493" w:rsidRDefault="00E70210">
      <w:pPr>
        <w:spacing w:after="40"/>
        <w:rPr>
          <w:b/>
          <w:bCs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18"/>
        <w:gridCol w:w="5580"/>
      </w:tblGrid>
      <w:tr w:rsidR="00E70210" w:rsidRPr="00F40493" w14:paraId="3DE49C83" w14:textId="77777777" w:rsidTr="00F64C3B">
        <w:tc>
          <w:tcPr>
            <w:tcW w:w="5418" w:type="dxa"/>
            <w:shd w:val="clear" w:color="auto" w:fill="FFFFFF"/>
          </w:tcPr>
          <w:p w14:paraId="25BA0BFF" w14:textId="0AA3E7B8" w:rsidR="00E70210" w:rsidRPr="00F40493" w:rsidRDefault="00213F4D">
            <w:pPr>
              <w:spacing w:before="40" w:after="40"/>
              <w:rPr>
                <w:b/>
                <w:bCs/>
                <w:sz w:val="22"/>
              </w:rPr>
            </w:pPr>
            <w:r w:rsidRPr="00F40493">
              <w:rPr>
                <w:rFonts w:ascii="Segoe UI Symbol" w:hAnsi="Segoe UI Symbol" w:cs="Segoe UI Symbol"/>
                <w:b/>
                <w:bCs/>
                <w:sz w:val="22"/>
              </w:rPr>
              <w:t>☐</w:t>
            </w:r>
            <w:r w:rsidRPr="00F40493">
              <w:rPr>
                <w:b/>
                <w:bCs/>
                <w:sz w:val="22"/>
              </w:rPr>
              <w:t xml:space="preserve"> Annual</w:t>
            </w:r>
            <w:r w:rsidR="00A36364" w:rsidRPr="00F40493">
              <w:rPr>
                <w:b/>
                <w:bCs/>
                <w:sz w:val="22"/>
              </w:rPr>
              <w:t xml:space="preserve"> Audit Completed</w:t>
            </w:r>
          </w:p>
        </w:tc>
        <w:tc>
          <w:tcPr>
            <w:tcW w:w="5580" w:type="dxa"/>
            <w:shd w:val="clear" w:color="auto" w:fill="FFFFFF"/>
          </w:tcPr>
          <w:p w14:paraId="6D6B067B" w14:textId="11FAAD4D" w:rsidR="00E70210" w:rsidRPr="00F40493" w:rsidRDefault="00213F4D">
            <w:pPr>
              <w:spacing w:before="40" w:after="40"/>
              <w:rPr>
                <w:b/>
                <w:bCs/>
                <w:sz w:val="22"/>
              </w:rPr>
            </w:pPr>
            <w:r w:rsidRPr="00F40493">
              <w:rPr>
                <w:rFonts w:ascii="Segoe UI Symbol" w:hAnsi="Segoe UI Symbol" w:cs="Segoe UI Symbol"/>
                <w:b/>
                <w:bCs/>
                <w:sz w:val="22"/>
              </w:rPr>
              <w:t>☐</w:t>
            </w:r>
            <w:r w:rsidRPr="00F40493">
              <w:rPr>
                <w:b/>
                <w:bCs/>
                <w:sz w:val="22"/>
              </w:rPr>
              <w:t xml:space="preserve"> Officers</w:t>
            </w:r>
            <w:r w:rsidR="00A36364" w:rsidRPr="00F40493">
              <w:rPr>
                <w:b/>
                <w:bCs/>
                <w:sz w:val="22"/>
              </w:rPr>
              <w:t xml:space="preserve"> Bonded</w:t>
            </w:r>
          </w:p>
        </w:tc>
      </w:tr>
    </w:tbl>
    <w:p w14:paraId="701F69E1" w14:textId="77777777" w:rsidR="00756558" w:rsidRDefault="00756558">
      <w:pPr>
        <w:spacing w:after="4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98"/>
      </w:tblGrid>
      <w:tr w:rsidR="00E70210" w14:paraId="655DE6CD" w14:textId="77777777" w:rsidTr="00EA48FF">
        <w:tc>
          <w:tcPr>
            <w:tcW w:w="10998" w:type="dxa"/>
            <w:tcBorders>
              <w:top w:val="single" w:sz="8" w:space="0" w:color="B8972B"/>
              <w:left w:val="single" w:sz="8" w:space="0" w:color="B8972B"/>
              <w:bottom w:val="single" w:sz="8" w:space="0" w:color="B8972B"/>
              <w:right w:val="single" w:sz="8" w:space="0" w:color="B8972B"/>
            </w:tcBorders>
            <w:shd w:val="clear" w:color="auto" w:fill="003087"/>
          </w:tcPr>
          <w:p w14:paraId="0B2A0065" w14:textId="77777777" w:rsidR="00E70210" w:rsidRPr="00756558" w:rsidRDefault="00A36364">
            <w:pPr>
              <w:spacing w:before="40" w:after="40"/>
              <w:rPr>
                <w:sz w:val="24"/>
                <w:szCs w:val="24"/>
              </w:rPr>
            </w:pPr>
            <w:r w:rsidRPr="00756558">
              <w:rPr>
                <w:b/>
                <w:color w:val="FFFFFF"/>
                <w:sz w:val="24"/>
                <w:szCs w:val="24"/>
              </w:rPr>
              <w:t xml:space="preserve">  SECTION 6 — POST FACILITIES</w:t>
            </w:r>
          </w:p>
        </w:tc>
      </w:tr>
    </w:tbl>
    <w:p w14:paraId="5E6C2495" w14:textId="77777777" w:rsidR="00E70210" w:rsidRDefault="00E70210">
      <w:pPr>
        <w:spacing w:after="2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00"/>
        <w:gridCol w:w="3600"/>
        <w:gridCol w:w="3798"/>
      </w:tblGrid>
      <w:tr w:rsidR="00E70210" w:rsidRPr="00F40493" w14:paraId="637093C8" w14:textId="77777777" w:rsidTr="00EA48FF">
        <w:trPr>
          <w:trHeight w:val="521"/>
        </w:trPr>
        <w:tc>
          <w:tcPr>
            <w:tcW w:w="3600" w:type="dxa"/>
            <w:shd w:val="clear" w:color="auto" w:fill="FFFFFF"/>
          </w:tcPr>
          <w:p w14:paraId="75C4475C" w14:textId="4F99B845" w:rsidR="00E70210" w:rsidRPr="00F40493" w:rsidRDefault="00213F4D">
            <w:pPr>
              <w:spacing w:before="40" w:after="40"/>
              <w:rPr>
                <w:b/>
                <w:bCs/>
                <w:sz w:val="22"/>
              </w:rPr>
            </w:pPr>
            <w:r w:rsidRPr="00F40493">
              <w:rPr>
                <w:rFonts w:ascii="Segoe UI Symbol" w:hAnsi="Segoe UI Symbol" w:cs="Segoe UI Symbol"/>
                <w:b/>
                <w:bCs/>
                <w:sz w:val="22"/>
              </w:rPr>
              <w:t>☐</w:t>
            </w:r>
            <w:r w:rsidRPr="00F40493">
              <w:rPr>
                <w:b/>
                <w:bCs/>
                <w:sz w:val="22"/>
              </w:rPr>
              <w:t xml:space="preserve"> Post</w:t>
            </w:r>
            <w:r w:rsidR="00A36364" w:rsidRPr="00F40493">
              <w:rPr>
                <w:b/>
                <w:bCs/>
                <w:sz w:val="22"/>
              </w:rPr>
              <w:t xml:space="preserve"> Owns Home / Clubroom</w:t>
            </w:r>
          </w:p>
        </w:tc>
        <w:tc>
          <w:tcPr>
            <w:tcW w:w="3600" w:type="dxa"/>
            <w:shd w:val="clear" w:color="auto" w:fill="FFFFFF"/>
          </w:tcPr>
          <w:p w14:paraId="05F28F75" w14:textId="0A9A7A8B" w:rsidR="00E70210" w:rsidRPr="00F40493" w:rsidRDefault="00213F4D">
            <w:pPr>
              <w:spacing w:before="40" w:after="40"/>
              <w:rPr>
                <w:b/>
                <w:bCs/>
                <w:sz w:val="22"/>
              </w:rPr>
            </w:pPr>
            <w:r w:rsidRPr="00F40493">
              <w:rPr>
                <w:rFonts w:ascii="Segoe UI Symbol" w:hAnsi="Segoe UI Symbol" w:cs="Segoe UI Symbol"/>
                <w:b/>
                <w:bCs/>
                <w:sz w:val="22"/>
              </w:rPr>
              <w:t>☐</w:t>
            </w:r>
            <w:r w:rsidRPr="00F40493">
              <w:rPr>
                <w:b/>
                <w:bCs/>
                <w:sz w:val="22"/>
              </w:rPr>
              <w:t xml:space="preserve"> Post</w:t>
            </w:r>
            <w:r w:rsidR="00A36364" w:rsidRPr="00F40493">
              <w:rPr>
                <w:b/>
                <w:bCs/>
                <w:sz w:val="22"/>
              </w:rPr>
              <w:t xml:space="preserve"> Rents Facility</w:t>
            </w:r>
          </w:p>
        </w:tc>
        <w:tc>
          <w:tcPr>
            <w:tcW w:w="3798" w:type="dxa"/>
            <w:shd w:val="clear" w:color="auto" w:fill="FFFFFF"/>
          </w:tcPr>
          <w:p w14:paraId="457638DF" w14:textId="3C6C1ED4" w:rsidR="00E70210" w:rsidRPr="00F40493" w:rsidRDefault="00213F4D">
            <w:pPr>
              <w:spacing w:before="40" w:after="40"/>
              <w:rPr>
                <w:b/>
                <w:bCs/>
                <w:sz w:val="22"/>
              </w:rPr>
            </w:pPr>
            <w:r w:rsidRPr="00F40493">
              <w:rPr>
                <w:rFonts w:ascii="Segoe UI Symbol" w:hAnsi="Segoe UI Symbol" w:cs="Segoe UI Symbol"/>
                <w:b/>
                <w:bCs/>
                <w:sz w:val="22"/>
              </w:rPr>
              <w:t>☐</w:t>
            </w:r>
            <w:r w:rsidRPr="00F40493">
              <w:rPr>
                <w:b/>
                <w:bCs/>
                <w:sz w:val="22"/>
              </w:rPr>
              <w:t xml:space="preserve"> ADA</w:t>
            </w:r>
            <w:r w:rsidR="00A36364" w:rsidRPr="00F40493">
              <w:rPr>
                <w:b/>
                <w:bCs/>
                <w:sz w:val="22"/>
              </w:rPr>
              <w:t xml:space="preserve"> Accessible Facility</w:t>
            </w:r>
          </w:p>
        </w:tc>
      </w:tr>
    </w:tbl>
    <w:p w14:paraId="70E25883" w14:textId="77777777" w:rsidR="00E70210" w:rsidRPr="00F40493" w:rsidRDefault="00E70210">
      <w:pPr>
        <w:spacing w:after="40"/>
        <w:rPr>
          <w:b/>
          <w:bCs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68"/>
        <w:gridCol w:w="5130"/>
      </w:tblGrid>
      <w:tr w:rsidR="00E70210" w:rsidRPr="00F40493" w14:paraId="749A4706" w14:textId="77777777" w:rsidTr="00EA48FF">
        <w:tc>
          <w:tcPr>
            <w:tcW w:w="5868" w:type="dxa"/>
            <w:shd w:val="clear" w:color="auto" w:fill="F0F0F0"/>
          </w:tcPr>
          <w:p w14:paraId="366A9945" w14:textId="77777777" w:rsidR="00E70210" w:rsidRPr="00F40493" w:rsidRDefault="00A36364">
            <w:pPr>
              <w:spacing w:before="20" w:after="2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i/>
                <w:color w:val="6B6B6B"/>
                <w:sz w:val="22"/>
              </w:rPr>
              <w:t>Facility Street Address</w:t>
            </w:r>
          </w:p>
        </w:tc>
        <w:tc>
          <w:tcPr>
            <w:tcW w:w="5130" w:type="dxa"/>
            <w:shd w:val="clear" w:color="auto" w:fill="F0F0F0"/>
          </w:tcPr>
          <w:p w14:paraId="3286B353" w14:textId="77777777" w:rsidR="00E70210" w:rsidRPr="00F40493" w:rsidRDefault="00A36364">
            <w:pPr>
              <w:spacing w:before="20" w:after="2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i/>
                <w:color w:val="6B6B6B"/>
                <w:sz w:val="22"/>
              </w:rPr>
              <w:t>Post Website / Social Media URL</w:t>
            </w:r>
          </w:p>
        </w:tc>
      </w:tr>
      <w:tr w:rsidR="00E70210" w:rsidRPr="00F40493" w14:paraId="1F2E7577" w14:textId="77777777" w:rsidTr="00EA48FF">
        <w:trPr>
          <w:trHeight w:val="2033"/>
        </w:trPr>
        <w:tc>
          <w:tcPr>
            <w:tcW w:w="5868" w:type="dxa"/>
            <w:tcBorders>
              <w:bottom w:val="single" w:sz="6" w:space="0" w:color="003087"/>
            </w:tcBorders>
            <w:shd w:val="clear" w:color="auto" w:fill="FFFFFF"/>
          </w:tcPr>
          <w:p w14:paraId="5DA3A325" w14:textId="77777777" w:rsidR="00E70210" w:rsidRPr="00F40493" w:rsidRDefault="00A36364">
            <w:pPr>
              <w:spacing w:before="40" w:after="4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sz w:val="22"/>
              </w:rPr>
              <w:t xml:space="preserve">  </w:t>
            </w:r>
          </w:p>
        </w:tc>
        <w:tc>
          <w:tcPr>
            <w:tcW w:w="5130" w:type="dxa"/>
            <w:tcBorders>
              <w:bottom w:val="single" w:sz="6" w:space="0" w:color="003087"/>
            </w:tcBorders>
            <w:shd w:val="clear" w:color="auto" w:fill="FFFFFF"/>
          </w:tcPr>
          <w:p w14:paraId="69B6A6EB" w14:textId="77777777" w:rsidR="00E70210" w:rsidRPr="00F40493" w:rsidRDefault="00A36364">
            <w:pPr>
              <w:spacing w:before="40" w:after="4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sz w:val="22"/>
              </w:rPr>
              <w:t xml:space="preserve">  </w:t>
            </w:r>
          </w:p>
        </w:tc>
      </w:tr>
    </w:tbl>
    <w:p w14:paraId="545D25E1" w14:textId="77777777" w:rsidR="00E70210" w:rsidRDefault="00E70210">
      <w:pPr>
        <w:spacing w:after="4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98"/>
      </w:tblGrid>
      <w:tr w:rsidR="00E70210" w14:paraId="018253E1" w14:textId="77777777" w:rsidTr="00EA48FF">
        <w:tc>
          <w:tcPr>
            <w:tcW w:w="10998" w:type="dxa"/>
            <w:tcBorders>
              <w:top w:val="single" w:sz="8" w:space="0" w:color="B8972B"/>
              <w:left w:val="single" w:sz="8" w:space="0" w:color="B8972B"/>
              <w:bottom w:val="single" w:sz="8" w:space="0" w:color="B8972B"/>
              <w:right w:val="single" w:sz="8" w:space="0" w:color="B8972B"/>
            </w:tcBorders>
            <w:shd w:val="clear" w:color="auto" w:fill="003087"/>
          </w:tcPr>
          <w:p w14:paraId="148305CD" w14:textId="77777777" w:rsidR="00E70210" w:rsidRPr="00906FA7" w:rsidRDefault="00A36364">
            <w:pPr>
              <w:spacing w:before="40" w:after="40"/>
              <w:rPr>
                <w:sz w:val="24"/>
                <w:szCs w:val="24"/>
              </w:rPr>
            </w:pPr>
            <w:r w:rsidRPr="00906FA7">
              <w:rPr>
                <w:b/>
                <w:color w:val="FFFFFF"/>
                <w:sz w:val="24"/>
                <w:szCs w:val="24"/>
              </w:rPr>
              <w:t xml:space="preserve">  SECTION 7 — NARRATIVE SUMMARY</w:t>
            </w:r>
          </w:p>
        </w:tc>
      </w:tr>
    </w:tbl>
    <w:p w14:paraId="7FD8A05F" w14:textId="77777777" w:rsidR="00E70210" w:rsidRDefault="00E70210">
      <w:pPr>
        <w:spacing w:after="20"/>
      </w:pPr>
    </w:p>
    <w:p w14:paraId="348D6136" w14:textId="77777777" w:rsidR="00E70210" w:rsidRPr="00906FA7" w:rsidRDefault="00A36364">
      <w:pPr>
        <w:rPr>
          <w:sz w:val="22"/>
        </w:rPr>
      </w:pPr>
      <w:r w:rsidRPr="00906FA7">
        <w:rPr>
          <w:i/>
          <w:color w:val="6B6B6B"/>
          <w:sz w:val="22"/>
        </w:rPr>
        <w:t>Provide brief responses below. Attach additional pages if needed.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98"/>
      </w:tblGrid>
      <w:tr w:rsidR="00E70210" w:rsidRPr="00906FA7" w14:paraId="100CD0F4" w14:textId="77777777" w:rsidTr="00EA48FF">
        <w:tc>
          <w:tcPr>
            <w:tcW w:w="10998" w:type="dxa"/>
            <w:shd w:val="clear" w:color="auto" w:fill="F0F0F0"/>
          </w:tcPr>
          <w:p w14:paraId="2ED72E02" w14:textId="77777777" w:rsidR="00E70210" w:rsidRPr="00F40493" w:rsidRDefault="00A36364">
            <w:pPr>
              <w:rPr>
                <w:b/>
                <w:bCs/>
                <w:sz w:val="22"/>
              </w:rPr>
            </w:pPr>
            <w:r w:rsidRPr="00F40493">
              <w:rPr>
                <w:b/>
                <w:bCs/>
                <w:i/>
                <w:color w:val="6B6B6B"/>
                <w:sz w:val="22"/>
              </w:rPr>
              <w:t>Key Achievements This Year</w:t>
            </w:r>
          </w:p>
        </w:tc>
      </w:tr>
      <w:tr w:rsidR="00E70210" w:rsidRPr="00906FA7" w14:paraId="0F51AAAC" w14:textId="77777777" w:rsidTr="00CA1177">
        <w:trPr>
          <w:trHeight w:val="4814"/>
        </w:trPr>
        <w:tc>
          <w:tcPr>
            <w:tcW w:w="10998" w:type="dxa"/>
            <w:shd w:val="clear" w:color="auto" w:fill="FFFFFF"/>
          </w:tcPr>
          <w:p w14:paraId="56B8EC64" w14:textId="77777777" w:rsidR="00E70210" w:rsidRPr="00906FA7" w:rsidRDefault="00E70210">
            <w:pPr>
              <w:spacing w:before="560" w:after="80"/>
              <w:rPr>
                <w:sz w:val="22"/>
              </w:rPr>
            </w:pPr>
          </w:p>
        </w:tc>
      </w:tr>
    </w:tbl>
    <w:p w14:paraId="5B450B3E" w14:textId="77777777" w:rsidR="006E28BF" w:rsidRPr="00906FA7" w:rsidRDefault="006E28BF">
      <w:pPr>
        <w:spacing w:after="40"/>
        <w:rPr>
          <w:sz w:val="22"/>
        </w:rPr>
      </w:pPr>
    </w:p>
    <w:tbl>
      <w:tblPr>
        <w:tblStyle w:val="TableGrid"/>
        <w:tblW w:w="11088" w:type="dxa"/>
        <w:tblLook w:val="04A0" w:firstRow="1" w:lastRow="0" w:firstColumn="1" w:lastColumn="0" w:noHBand="0" w:noVBand="1"/>
      </w:tblPr>
      <w:tblGrid>
        <w:gridCol w:w="11088"/>
      </w:tblGrid>
      <w:tr w:rsidR="00E70210" w:rsidRPr="00906FA7" w14:paraId="10E220BF" w14:textId="77777777" w:rsidTr="00EA48FF">
        <w:tc>
          <w:tcPr>
            <w:tcW w:w="11088" w:type="dxa"/>
            <w:shd w:val="clear" w:color="auto" w:fill="F0F0F0"/>
          </w:tcPr>
          <w:p w14:paraId="56D051E2" w14:textId="77777777" w:rsidR="00E70210" w:rsidRPr="00F40493" w:rsidRDefault="00A36364">
            <w:pPr>
              <w:rPr>
                <w:b/>
                <w:bCs/>
                <w:sz w:val="22"/>
              </w:rPr>
            </w:pPr>
            <w:r w:rsidRPr="00F40493">
              <w:rPr>
                <w:b/>
                <w:bCs/>
                <w:i/>
                <w:color w:val="6B6B6B"/>
                <w:sz w:val="22"/>
              </w:rPr>
              <w:t>Challenges / Areas for Growth</w:t>
            </w:r>
          </w:p>
        </w:tc>
      </w:tr>
      <w:tr w:rsidR="00E70210" w:rsidRPr="00906FA7" w14:paraId="32115138" w14:textId="77777777" w:rsidTr="006E28BF">
        <w:trPr>
          <w:trHeight w:val="5669"/>
        </w:trPr>
        <w:tc>
          <w:tcPr>
            <w:tcW w:w="11088" w:type="dxa"/>
            <w:shd w:val="clear" w:color="auto" w:fill="FFFFFF"/>
          </w:tcPr>
          <w:p w14:paraId="4E0F0A77" w14:textId="77777777" w:rsidR="00E70210" w:rsidRPr="00906FA7" w:rsidRDefault="00E70210">
            <w:pPr>
              <w:spacing w:before="560" w:after="80"/>
              <w:rPr>
                <w:sz w:val="22"/>
              </w:rPr>
            </w:pPr>
          </w:p>
        </w:tc>
      </w:tr>
    </w:tbl>
    <w:p w14:paraId="5D65B0F3" w14:textId="77777777" w:rsidR="00E70210" w:rsidRPr="00906FA7" w:rsidRDefault="00E70210">
      <w:pPr>
        <w:spacing w:after="40"/>
        <w:rPr>
          <w:sz w:val="22"/>
        </w:rPr>
      </w:pPr>
    </w:p>
    <w:tbl>
      <w:tblPr>
        <w:tblStyle w:val="TableGrid"/>
        <w:tblW w:w="11088" w:type="dxa"/>
        <w:tblLook w:val="04A0" w:firstRow="1" w:lastRow="0" w:firstColumn="1" w:lastColumn="0" w:noHBand="0" w:noVBand="1"/>
      </w:tblPr>
      <w:tblGrid>
        <w:gridCol w:w="11088"/>
      </w:tblGrid>
      <w:tr w:rsidR="00E70210" w:rsidRPr="00906FA7" w14:paraId="0848815C" w14:textId="77777777" w:rsidTr="00EA48FF">
        <w:tc>
          <w:tcPr>
            <w:tcW w:w="11088" w:type="dxa"/>
            <w:shd w:val="clear" w:color="auto" w:fill="F0F0F0"/>
          </w:tcPr>
          <w:p w14:paraId="214251CA" w14:textId="77777777" w:rsidR="00E70210" w:rsidRPr="00F40493" w:rsidRDefault="00A36364">
            <w:pPr>
              <w:rPr>
                <w:b/>
                <w:bCs/>
                <w:sz w:val="22"/>
              </w:rPr>
            </w:pPr>
            <w:r w:rsidRPr="00F40493">
              <w:rPr>
                <w:b/>
                <w:bCs/>
                <w:i/>
                <w:color w:val="6B6B6B"/>
                <w:sz w:val="22"/>
              </w:rPr>
              <w:t>Goals for the Coming Year</w:t>
            </w:r>
          </w:p>
        </w:tc>
      </w:tr>
      <w:tr w:rsidR="00E70210" w:rsidRPr="00906FA7" w14:paraId="2BF5C07C" w14:textId="77777777" w:rsidTr="006E28BF">
        <w:trPr>
          <w:trHeight w:val="6758"/>
        </w:trPr>
        <w:tc>
          <w:tcPr>
            <w:tcW w:w="11088" w:type="dxa"/>
            <w:shd w:val="clear" w:color="auto" w:fill="FFFFFF"/>
          </w:tcPr>
          <w:p w14:paraId="60976B21" w14:textId="77777777" w:rsidR="00E70210" w:rsidRPr="00906FA7" w:rsidRDefault="00E70210">
            <w:pPr>
              <w:spacing w:before="560" w:after="80"/>
              <w:rPr>
                <w:sz w:val="22"/>
              </w:rPr>
            </w:pPr>
          </w:p>
        </w:tc>
      </w:tr>
    </w:tbl>
    <w:p w14:paraId="0DE61351" w14:textId="77777777" w:rsidR="00E70210" w:rsidRDefault="00E70210">
      <w:pPr>
        <w:spacing w:after="40"/>
        <w:rPr>
          <w:sz w:val="24"/>
          <w:szCs w:val="24"/>
        </w:rPr>
      </w:pPr>
    </w:p>
    <w:p w14:paraId="30962555" w14:textId="77777777" w:rsidR="007B47D4" w:rsidRPr="00906FA7" w:rsidRDefault="007B47D4">
      <w:pPr>
        <w:spacing w:after="40"/>
        <w:rPr>
          <w:sz w:val="24"/>
          <w:szCs w:val="24"/>
        </w:rPr>
      </w:pPr>
    </w:p>
    <w:tbl>
      <w:tblPr>
        <w:tblStyle w:val="TableGrid"/>
        <w:tblW w:w="11178" w:type="dxa"/>
        <w:tblLook w:val="04A0" w:firstRow="1" w:lastRow="0" w:firstColumn="1" w:lastColumn="0" w:noHBand="0" w:noVBand="1"/>
      </w:tblPr>
      <w:tblGrid>
        <w:gridCol w:w="11178"/>
      </w:tblGrid>
      <w:tr w:rsidR="00E70210" w:rsidRPr="00906FA7" w14:paraId="1551BC58" w14:textId="77777777" w:rsidTr="00EA48FF">
        <w:tc>
          <w:tcPr>
            <w:tcW w:w="11178" w:type="dxa"/>
            <w:tcBorders>
              <w:top w:val="single" w:sz="8" w:space="0" w:color="B8972B"/>
              <w:left w:val="single" w:sz="8" w:space="0" w:color="B8972B"/>
              <w:bottom w:val="single" w:sz="8" w:space="0" w:color="B8972B"/>
              <w:right w:val="single" w:sz="8" w:space="0" w:color="B8972B"/>
            </w:tcBorders>
            <w:shd w:val="clear" w:color="auto" w:fill="003087"/>
          </w:tcPr>
          <w:p w14:paraId="4E7FBBBA" w14:textId="77777777" w:rsidR="00E70210" w:rsidRPr="00906FA7" w:rsidRDefault="00A36364">
            <w:pPr>
              <w:spacing w:before="40" w:after="40"/>
              <w:rPr>
                <w:sz w:val="24"/>
                <w:szCs w:val="24"/>
              </w:rPr>
            </w:pPr>
            <w:r w:rsidRPr="00906FA7">
              <w:rPr>
                <w:b/>
                <w:color w:val="FFFFFF"/>
                <w:sz w:val="24"/>
                <w:szCs w:val="24"/>
              </w:rPr>
              <w:t xml:space="preserve">  SECTION 8 — CERTIFICATION &amp; SIGNATURES</w:t>
            </w:r>
          </w:p>
        </w:tc>
      </w:tr>
    </w:tbl>
    <w:p w14:paraId="7BB3336A" w14:textId="77777777" w:rsidR="00E70210" w:rsidRDefault="00E70210">
      <w:pPr>
        <w:spacing w:after="20"/>
      </w:pPr>
    </w:p>
    <w:p w14:paraId="24C8533C" w14:textId="77777777" w:rsidR="00E70210" w:rsidRPr="00F40493" w:rsidRDefault="00A36364">
      <w:pPr>
        <w:spacing w:before="40" w:after="80"/>
        <w:rPr>
          <w:b/>
          <w:bCs/>
          <w:sz w:val="22"/>
        </w:rPr>
      </w:pPr>
      <w:r w:rsidRPr="00F40493">
        <w:rPr>
          <w:b/>
          <w:bCs/>
          <w:i/>
          <w:sz w:val="22"/>
        </w:rPr>
        <w:t>We, the undersigned officers, certify that the information reported herein is accurate and complete to the best of our knowledge, in accordance with the By-Laws of the American Legion, Department of Pennsylvania.</w:t>
      </w:r>
    </w:p>
    <w:tbl>
      <w:tblPr>
        <w:tblStyle w:val="TableGrid"/>
        <w:tblW w:w="11178" w:type="dxa"/>
        <w:tblLook w:val="04A0" w:firstRow="1" w:lastRow="0" w:firstColumn="1" w:lastColumn="0" w:noHBand="0" w:noVBand="1"/>
      </w:tblPr>
      <w:tblGrid>
        <w:gridCol w:w="3600"/>
        <w:gridCol w:w="3600"/>
        <w:gridCol w:w="3978"/>
      </w:tblGrid>
      <w:tr w:rsidR="00E70210" w:rsidRPr="00F40493" w14:paraId="2B0AC3CA" w14:textId="77777777" w:rsidTr="00EA48FF">
        <w:tc>
          <w:tcPr>
            <w:tcW w:w="3600" w:type="dxa"/>
            <w:shd w:val="clear" w:color="auto" w:fill="F0F0F0"/>
          </w:tcPr>
          <w:p w14:paraId="342DE3AA" w14:textId="77777777" w:rsidR="00E70210" w:rsidRPr="00F40493" w:rsidRDefault="00A36364">
            <w:pPr>
              <w:rPr>
                <w:b/>
                <w:bCs/>
                <w:sz w:val="22"/>
              </w:rPr>
            </w:pPr>
            <w:r w:rsidRPr="00F40493">
              <w:rPr>
                <w:b/>
                <w:bCs/>
                <w:i/>
                <w:color w:val="6B6B6B"/>
                <w:sz w:val="22"/>
              </w:rPr>
              <w:t>Post Commander Signature</w:t>
            </w:r>
          </w:p>
        </w:tc>
        <w:tc>
          <w:tcPr>
            <w:tcW w:w="3600" w:type="dxa"/>
            <w:shd w:val="clear" w:color="auto" w:fill="F0F0F0"/>
          </w:tcPr>
          <w:p w14:paraId="5F83B371" w14:textId="77777777" w:rsidR="00E70210" w:rsidRPr="00F40493" w:rsidRDefault="00A36364">
            <w:pPr>
              <w:rPr>
                <w:b/>
                <w:bCs/>
                <w:sz w:val="22"/>
              </w:rPr>
            </w:pPr>
            <w:r w:rsidRPr="00F40493">
              <w:rPr>
                <w:b/>
                <w:bCs/>
                <w:i/>
                <w:color w:val="6B6B6B"/>
                <w:sz w:val="22"/>
              </w:rPr>
              <w:t>Post Adjutant Signature</w:t>
            </w:r>
          </w:p>
        </w:tc>
        <w:tc>
          <w:tcPr>
            <w:tcW w:w="3978" w:type="dxa"/>
            <w:shd w:val="clear" w:color="auto" w:fill="F0F0F0"/>
          </w:tcPr>
          <w:p w14:paraId="5A87E937" w14:textId="77777777" w:rsidR="00E70210" w:rsidRPr="00F40493" w:rsidRDefault="00A36364">
            <w:pPr>
              <w:rPr>
                <w:b/>
                <w:bCs/>
                <w:sz w:val="22"/>
              </w:rPr>
            </w:pPr>
            <w:r w:rsidRPr="00F40493">
              <w:rPr>
                <w:b/>
                <w:bCs/>
                <w:i/>
                <w:color w:val="6B6B6B"/>
                <w:sz w:val="22"/>
              </w:rPr>
              <w:t>Finance Officer Signature</w:t>
            </w:r>
          </w:p>
        </w:tc>
      </w:tr>
      <w:tr w:rsidR="00E70210" w:rsidRPr="00F40493" w14:paraId="31BF3176" w14:textId="77777777" w:rsidTr="00EA48FF">
        <w:trPr>
          <w:trHeight w:val="818"/>
        </w:trPr>
        <w:tc>
          <w:tcPr>
            <w:tcW w:w="3600" w:type="dxa"/>
            <w:tcBorders>
              <w:bottom w:val="single" w:sz="8" w:space="0" w:color="B8972B"/>
            </w:tcBorders>
            <w:shd w:val="clear" w:color="auto" w:fill="FFFFFF"/>
          </w:tcPr>
          <w:p w14:paraId="5705E9EF" w14:textId="77777777" w:rsidR="00E70210" w:rsidRPr="00F40493" w:rsidRDefault="00E70210">
            <w:pPr>
              <w:spacing w:before="320" w:after="40"/>
              <w:rPr>
                <w:b/>
                <w:bCs/>
                <w:sz w:val="22"/>
              </w:rPr>
            </w:pPr>
          </w:p>
        </w:tc>
        <w:tc>
          <w:tcPr>
            <w:tcW w:w="3600" w:type="dxa"/>
            <w:tcBorders>
              <w:bottom w:val="single" w:sz="8" w:space="0" w:color="B8972B"/>
            </w:tcBorders>
            <w:shd w:val="clear" w:color="auto" w:fill="FFFFFF"/>
          </w:tcPr>
          <w:p w14:paraId="18EC4F97" w14:textId="77777777" w:rsidR="00E70210" w:rsidRPr="00F40493" w:rsidRDefault="00E70210">
            <w:pPr>
              <w:spacing w:before="320" w:after="40"/>
              <w:rPr>
                <w:b/>
                <w:bCs/>
                <w:sz w:val="22"/>
              </w:rPr>
            </w:pPr>
          </w:p>
        </w:tc>
        <w:tc>
          <w:tcPr>
            <w:tcW w:w="3978" w:type="dxa"/>
            <w:tcBorders>
              <w:bottom w:val="single" w:sz="8" w:space="0" w:color="B8972B"/>
            </w:tcBorders>
            <w:shd w:val="clear" w:color="auto" w:fill="FFFFFF"/>
          </w:tcPr>
          <w:p w14:paraId="3CB61E8F" w14:textId="77777777" w:rsidR="00E70210" w:rsidRPr="00F40493" w:rsidRDefault="00E70210">
            <w:pPr>
              <w:spacing w:before="320" w:after="40"/>
              <w:rPr>
                <w:b/>
                <w:bCs/>
                <w:sz w:val="22"/>
              </w:rPr>
            </w:pPr>
          </w:p>
        </w:tc>
      </w:tr>
      <w:tr w:rsidR="00E70210" w:rsidRPr="00F40493" w14:paraId="7BDE2FB0" w14:textId="77777777" w:rsidTr="00EA48FF">
        <w:trPr>
          <w:trHeight w:val="826"/>
        </w:trPr>
        <w:tc>
          <w:tcPr>
            <w:tcW w:w="3600" w:type="dxa"/>
            <w:tcBorders>
              <w:bottom w:val="single" w:sz="4" w:space="0" w:color="003087"/>
            </w:tcBorders>
            <w:shd w:val="clear" w:color="auto" w:fill="F5F5F5"/>
          </w:tcPr>
          <w:p w14:paraId="0ED949B9" w14:textId="77777777" w:rsidR="00E70210" w:rsidRPr="00F40493" w:rsidRDefault="00A36364">
            <w:pPr>
              <w:rPr>
                <w:b/>
                <w:bCs/>
                <w:sz w:val="22"/>
              </w:rPr>
            </w:pPr>
            <w:r w:rsidRPr="00F40493">
              <w:rPr>
                <w:b/>
                <w:bCs/>
                <w:color w:val="6B6B6B"/>
                <w:sz w:val="22"/>
              </w:rPr>
              <w:t xml:space="preserve">Date: </w:t>
            </w:r>
          </w:p>
        </w:tc>
        <w:tc>
          <w:tcPr>
            <w:tcW w:w="3600" w:type="dxa"/>
            <w:tcBorders>
              <w:bottom w:val="single" w:sz="4" w:space="0" w:color="003087"/>
            </w:tcBorders>
            <w:shd w:val="clear" w:color="auto" w:fill="F5F5F5"/>
          </w:tcPr>
          <w:p w14:paraId="40EDE71E" w14:textId="77777777" w:rsidR="00E70210" w:rsidRPr="00F40493" w:rsidRDefault="00A36364">
            <w:pPr>
              <w:rPr>
                <w:b/>
                <w:bCs/>
                <w:sz w:val="22"/>
              </w:rPr>
            </w:pPr>
            <w:r w:rsidRPr="00F40493">
              <w:rPr>
                <w:b/>
                <w:bCs/>
                <w:color w:val="6B6B6B"/>
                <w:sz w:val="22"/>
              </w:rPr>
              <w:t xml:space="preserve">Date: </w:t>
            </w:r>
          </w:p>
        </w:tc>
        <w:tc>
          <w:tcPr>
            <w:tcW w:w="3978" w:type="dxa"/>
            <w:tcBorders>
              <w:bottom w:val="single" w:sz="4" w:space="0" w:color="003087"/>
            </w:tcBorders>
            <w:shd w:val="clear" w:color="auto" w:fill="F5F5F5"/>
          </w:tcPr>
          <w:p w14:paraId="01C84A7C" w14:textId="77777777" w:rsidR="00E70210" w:rsidRPr="00F40493" w:rsidRDefault="00A36364">
            <w:pPr>
              <w:rPr>
                <w:b/>
                <w:bCs/>
                <w:sz w:val="22"/>
              </w:rPr>
            </w:pPr>
            <w:r w:rsidRPr="00F40493">
              <w:rPr>
                <w:b/>
                <w:bCs/>
                <w:color w:val="6B6B6B"/>
                <w:sz w:val="22"/>
              </w:rPr>
              <w:t xml:space="preserve">Date: </w:t>
            </w:r>
          </w:p>
        </w:tc>
      </w:tr>
    </w:tbl>
    <w:p w14:paraId="15D87F6F" w14:textId="77777777" w:rsidR="00E70210" w:rsidRPr="00906FA7" w:rsidRDefault="00E70210">
      <w:pPr>
        <w:spacing w:after="120"/>
        <w:rPr>
          <w:sz w:val="22"/>
        </w:rPr>
      </w:pPr>
    </w:p>
    <w:tbl>
      <w:tblPr>
        <w:tblStyle w:val="TableGrid"/>
        <w:tblW w:w="11178" w:type="dxa"/>
        <w:tblLook w:val="04A0" w:firstRow="1" w:lastRow="0" w:firstColumn="1" w:lastColumn="0" w:noHBand="0" w:noVBand="1"/>
      </w:tblPr>
      <w:tblGrid>
        <w:gridCol w:w="11178"/>
      </w:tblGrid>
      <w:tr w:rsidR="00E70210" w:rsidRPr="00906FA7" w14:paraId="0E32D682" w14:textId="77777777" w:rsidTr="007B47D4">
        <w:tc>
          <w:tcPr>
            <w:tcW w:w="11178" w:type="dxa"/>
            <w:tcBorders>
              <w:top w:val="single" w:sz="8" w:space="0" w:color="B8972B"/>
              <w:left w:val="single" w:sz="8" w:space="0" w:color="B8972B"/>
              <w:bottom w:val="single" w:sz="8" w:space="0" w:color="B8972B"/>
              <w:right w:val="single" w:sz="8" w:space="0" w:color="B8972B"/>
            </w:tcBorders>
            <w:shd w:val="clear" w:color="auto" w:fill="003087"/>
          </w:tcPr>
          <w:p w14:paraId="2D9D7F8C" w14:textId="77777777" w:rsidR="00E70210" w:rsidRPr="00906FA7" w:rsidRDefault="00A36364">
            <w:pPr>
              <w:spacing w:before="40" w:after="40"/>
              <w:rPr>
                <w:sz w:val="22"/>
              </w:rPr>
            </w:pPr>
            <w:r w:rsidRPr="00906FA7">
              <w:rPr>
                <w:b/>
                <w:color w:val="FFFFFF"/>
                <w:sz w:val="22"/>
              </w:rPr>
              <w:t xml:space="preserve">  FOR DISTRICT USE ONLY — DO NOT WRITE BELOW THIS LINE</w:t>
            </w:r>
          </w:p>
        </w:tc>
      </w:tr>
    </w:tbl>
    <w:p w14:paraId="4F5BF8FD" w14:textId="77777777" w:rsidR="00E70210" w:rsidRPr="00906FA7" w:rsidRDefault="00E70210">
      <w:pPr>
        <w:spacing w:after="20"/>
        <w:rPr>
          <w:sz w:val="22"/>
        </w:rPr>
      </w:pPr>
    </w:p>
    <w:tbl>
      <w:tblPr>
        <w:tblStyle w:val="TableGrid"/>
        <w:tblW w:w="11178" w:type="dxa"/>
        <w:tblLook w:val="04A0" w:firstRow="1" w:lastRow="0" w:firstColumn="1" w:lastColumn="0" w:noHBand="0" w:noVBand="1"/>
      </w:tblPr>
      <w:tblGrid>
        <w:gridCol w:w="3618"/>
        <w:gridCol w:w="3600"/>
        <w:gridCol w:w="3960"/>
      </w:tblGrid>
      <w:tr w:rsidR="00E70210" w:rsidRPr="00906FA7" w14:paraId="7626F22A" w14:textId="77777777" w:rsidTr="007B47D4">
        <w:tc>
          <w:tcPr>
            <w:tcW w:w="3618" w:type="dxa"/>
            <w:shd w:val="clear" w:color="auto" w:fill="F0F0F0"/>
          </w:tcPr>
          <w:p w14:paraId="166BF1DB" w14:textId="77777777" w:rsidR="00E70210" w:rsidRPr="00F40493" w:rsidRDefault="00A36364">
            <w:pPr>
              <w:spacing w:before="20" w:after="2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i/>
                <w:color w:val="6B6B6B"/>
                <w:sz w:val="22"/>
              </w:rPr>
              <w:t>Date Received by District</w:t>
            </w:r>
          </w:p>
        </w:tc>
        <w:tc>
          <w:tcPr>
            <w:tcW w:w="3600" w:type="dxa"/>
            <w:shd w:val="clear" w:color="auto" w:fill="F0F0F0"/>
          </w:tcPr>
          <w:p w14:paraId="462A2045" w14:textId="77777777" w:rsidR="00E70210" w:rsidRPr="00F40493" w:rsidRDefault="00A36364">
            <w:pPr>
              <w:spacing w:before="20" w:after="2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i/>
                <w:color w:val="6B6B6B"/>
                <w:sz w:val="22"/>
              </w:rPr>
              <w:t>District Staff Initials</w:t>
            </w:r>
          </w:p>
        </w:tc>
        <w:tc>
          <w:tcPr>
            <w:tcW w:w="3960" w:type="dxa"/>
            <w:shd w:val="clear" w:color="auto" w:fill="F0F0F0"/>
          </w:tcPr>
          <w:p w14:paraId="5924DC5E" w14:textId="77777777" w:rsidR="00E70210" w:rsidRPr="00F40493" w:rsidRDefault="00A36364">
            <w:pPr>
              <w:spacing w:before="20" w:after="20"/>
              <w:rPr>
                <w:b/>
                <w:bCs/>
                <w:sz w:val="22"/>
              </w:rPr>
            </w:pPr>
            <w:r w:rsidRPr="00F40493">
              <w:rPr>
                <w:b/>
                <w:bCs/>
                <w:i/>
                <w:color w:val="6B6B6B"/>
                <w:sz w:val="22"/>
              </w:rPr>
              <w:t>District Notes</w:t>
            </w:r>
          </w:p>
        </w:tc>
      </w:tr>
      <w:tr w:rsidR="00E70210" w:rsidRPr="00906FA7" w14:paraId="75368C40" w14:textId="77777777" w:rsidTr="007B47D4">
        <w:trPr>
          <w:trHeight w:val="1529"/>
        </w:trPr>
        <w:tc>
          <w:tcPr>
            <w:tcW w:w="3618" w:type="dxa"/>
            <w:tcBorders>
              <w:bottom w:val="single" w:sz="6" w:space="0" w:color="003087"/>
            </w:tcBorders>
            <w:shd w:val="clear" w:color="auto" w:fill="FFFFFF"/>
          </w:tcPr>
          <w:p w14:paraId="4F25244D" w14:textId="77777777" w:rsidR="00E70210" w:rsidRPr="00906FA7" w:rsidRDefault="00A36364">
            <w:pPr>
              <w:spacing w:before="40" w:after="40"/>
              <w:rPr>
                <w:sz w:val="22"/>
              </w:rPr>
            </w:pPr>
            <w:r w:rsidRPr="00906FA7">
              <w:rPr>
                <w:sz w:val="22"/>
              </w:rPr>
              <w:t xml:space="preserve">  </w:t>
            </w:r>
          </w:p>
        </w:tc>
        <w:tc>
          <w:tcPr>
            <w:tcW w:w="3600" w:type="dxa"/>
            <w:tcBorders>
              <w:bottom w:val="single" w:sz="6" w:space="0" w:color="003087"/>
            </w:tcBorders>
            <w:shd w:val="clear" w:color="auto" w:fill="FFFFFF"/>
          </w:tcPr>
          <w:p w14:paraId="5EEE7F4E" w14:textId="77777777" w:rsidR="00E70210" w:rsidRPr="00906FA7" w:rsidRDefault="00A36364">
            <w:pPr>
              <w:spacing w:before="40" w:after="40"/>
              <w:rPr>
                <w:sz w:val="22"/>
              </w:rPr>
            </w:pPr>
            <w:r w:rsidRPr="00906FA7">
              <w:rPr>
                <w:sz w:val="22"/>
              </w:rPr>
              <w:t xml:space="preserve">  </w:t>
            </w:r>
          </w:p>
        </w:tc>
        <w:tc>
          <w:tcPr>
            <w:tcW w:w="3960" w:type="dxa"/>
            <w:tcBorders>
              <w:bottom w:val="single" w:sz="6" w:space="0" w:color="003087"/>
            </w:tcBorders>
            <w:shd w:val="clear" w:color="auto" w:fill="FFFFFF"/>
          </w:tcPr>
          <w:p w14:paraId="7E96AB4C" w14:textId="77777777" w:rsidR="00E70210" w:rsidRPr="00906FA7" w:rsidRDefault="00A36364">
            <w:pPr>
              <w:spacing w:before="40" w:after="40"/>
              <w:rPr>
                <w:sz w:val="22"/>
              </w:rPr>
            </w:pPr>
            <w:r w:rsidRPr="00906FA7">
              <w:rPr>
                <w:sz w:val="22"/>
              </w:rPr>
              <w:t xml:space="preserve">  </w:t>
            </w:r>
          </w:p>
        </w:tc>
      </w:tr>
    </w:tbl>
    <w:p w14:paraId="48AF6704" w14:textId="77777777" w:rsidR="00E70210" w:rsidRPr="00906FA7" w:rsidRDefault="00E70210">
      <w:pPr>
        <w:spacing w:after="40"/>
        <w:rPr>
          <w:sz w:val="22"/>
        </w:rPr>
      </w:pPr>
    </w:p>
    <w:sectPr w:rsidR="00E70210" w:rsidRPr="00906FA7" w:rsidSect="008B6DB4">
      <w:headerReference w:type="default" r:id="rId9"/>
      <w:footerReference w:type="default" r:id="rId10"/>
      <w:footerReference w:type="first" r:id="rId11"/>
      <w:pgSz w:w="12240" w:h="15840"/>
      <w:pgMar w:top="576" w:right="720" w:bottom="576" w:left="720" w:header="288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012D9" w14:textId="77777777" w:rsidR="00DB485E" w:rsidRDefault="00DB485E" w:rsidP="002F60F2">
      <w:pPr>
        <w:spacing w:after="0" w:line="240" w:lineRule="auto"/>
      </w:pPr>
      <w:r>
        <w:separator/>
      </w:r>
    </w:p>
  </w:endnote>
  <w:endnote w:type="continuationSeparator" w:id="0">
    <w:p w14:paraId="369BA253" w14:textId="77777777" w:rsidR="00DB485E" w:rsidRDefault="00DB485E" w:rsidP="002F6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6850661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EB6AB56" w14:textId="6C396CA8" w:rsidR="00C863C4" w:rsidRDefault="00C863C4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3BC5823" w14:textId="77777777" w:rsidR="009114A0" w:rsidRDefault="009114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1DE70" w14:textId="77777777" w:rsidR="007A2EE0" w:rsidRPr="008B6DB4" w:rsidRDefault="007A2EE0">
    <w:pPr>
      <w:tabs>
        <w:tab w:val="center" w:pos="4550"/>
        <w:tab w:val="left" w:pos="5818"/>
      </w:tabs>
      <w:ind w:right="260"/>
      <w:jc w:val="right"/>
      <w:rPr>
        <w:color w:val="17365D" w:themeColor="text2" w:themeShade="BF"/>
        <w:szCs w:val="18"/>
      </w:rPr>
    </w:pPr>
    <w:r w:rsidRPr="008B6DB4">
      <w:rPr>
        <w:color w:val="17365D" w:themeColor="text2" w:themeShade="BF"/>
        <w:spacing w:val="60"/>
        <w:szCs w:val="18"/>
      </w:rPr>
      <w:t>Page</w:t>
    </w:r>
    <w:r w:rsidRPr="008B6DB4">
      <w:rPr>
        <w:color w:val="17365D" w:themeColor="text2" w:themeShade="BF"/>
        <w:szCs w:val="18"/>
      </w:rPr>
      <w:t xml:space="preserve"> </w:t>
    </w:r>
    <w:r w:rsidRPr="008B6DB4">
      <w:rPr>
        <w:color w:val="17365D" w:themeColor="text2" w:themeShade="BF"/>
        <w:szCs w:val="18"/>
      </w:rPr>
      <w:fldChar w:fldCharType="begin"/>
    </w:r>
    <w:r w:rsidRPr="008B6DB4">
      <w:rPr>
        <w:color w:val="17365D" w:themeColor="text2" w:themeShade="BF"/>
        <w:szCs w:val="18"/>
      </w:rPr>
      <w:instrText xml:space="preserve"> PAGE   \* MERGEFORMAT </w:instrText>
    </w:r>
    <w:r w:rsidRPr="008B6DB4">
      <w:rPr>
        <w:color w:val="17365D" w:themeColor="text2" w:themeShade="BF"/>
        <w:szCs w:val="18"/>
      </w:rPr>
      <w:fldChar w:fldCharType="separate"/>
    </w:r>
    <w:r w:rsidRPr="008B6DB4">
      <w:rPr>
        <w:noProof/>
        <w:color w:val="17365D" w:themeColor="text2" w:themeShade="BF"/>
        <w:szCs w:val="18"/>
      </w:rPr>
      <w:t>1</w:t>
    </w:r>
    <w:r w:rsidRPr="008B6DB4">
      <w:rPr>
        <w:color w:val="17365D" w:themeColor="text2" w:themeShade="BF"/>
        <w:szCs w:val="18"/>
      </w:rPr>
      <w:fldChar w:fldCharType="end"/>
    </w:r>
    <w:r w:rsidRPr="008B6DB4">
      <w:rPr>
        <w:color w:val="17365D" w:themeColor="text2" w:themeShade="BF"/>
        <w:szCs w:val="18"/>
      </w:rPr>
      <w:t xml:space="preserve"> | </w:t>
    </w:r>
    <w:r w:rsidRPr="008B6DB4">
      <w:rPr>
        <w:color w:val="17365D" w:themeColor="text2" w:themeShade="BF"/>
        <w:szCs w:val="18"/>
      </w:rPr>
      <w:fldChar w:fldCharType="begin"/>
    </w:r>
    <w:r w:rsidRPr="008B6DB4">
      <w:rPr>
        <w:color w:val="17365D" w:themeColor="text2" w:themeShade="BF"/>
        <w:szCs w:val="18"/>
      </w:rPr>
      <w:instrText xml:space="preserve"> NUMPAGES  \* Arabic  \* MERGEFORMAT </w:instrText>
    </w:r>
    <w:r w:rsidRPr="008B6DB4">
      <w:rPr>
        <w:color w:val="17365D" w:themeColor="text2" w:themeShade="BF"/>
        <w:szCs w:val="18"/>
      </w:rPr>
      <w:fldChar w:fldCharType="separate"/>
    </w:r>
    <w:r w:rsidRPr="008B6DB4">
      <w:rPr>
        <w:noProof/>
        <w:color w:val="17365D" w:themeColor="text2" w:themeShade="BF"/>
        <w:szCs w:val="18"/>
      </w:rPr>
      <w:t>1</w:t>
    </w:r>
    <w:r w:rsidRPr="008B6DB4">
      <w:rPr>
        <w:color w:val="17365D" w:themeColor="text2" w:themeShade="BF"/>
        <w:szCs w:val="18"/>
      </w:rPr>
      <w:fldChar w:fldCharType="end"/>
    </w:r>
  </w:p>
  <w:p w14:paraId="1040BA90" w14:textId="77777777" w:rsidR="007A2EE0" w:rsidRDefault="007A2E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4214D" w14:textId="77777777" w:rsidR="00DB485E" w:rsidRDefault="00DB485E" w:rsidP="002F60F2">
      <w:pPr>
        <w:spacing w:after="0" w:line="240" w:lineRule="auto"/>
      </w:pPr>
      <w:r>
        <w:separator/>
      </w:r>
    </w:p>
  </w:footnote>
  <w:footnote w:type="continuationSeparator" w:id="0">
    <w:p w14:paraId="367A0BCB" w14:textId="77777777" w:rsidR="00DB485E" w:rsidRDefault="00DB485E" w:rsidP="002F60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FFFFFF" w:themeColor="background1"/>
        <w:sz w:val="24"/>
        <w:szCs w:val="24"/>
        <w:highlight w:val="blue"/>
      </w:rPr>
      <w:id w:val="-1318336367"/>
      <w:docPartObj>
        <w:docPartGallery w:val="Page Numbers (Top of Page)"/>
        <w:docPartUnique/>
      </w:docPartObj>
    </w:sdtPr>
    <w:sdtEndPr>
      <w:rPr>
        <w:sz w:val="18"/>
        <w:szCs w:val="22"/>
      </w:rPr>
    </w:sdtEndPr>
    <w:sdtContent>
      <w:p w14:paraId="7263C57E" w14:textId="0B80D92F" w:rsidR="00EE200B" w:rsidRPr="009114A0" w:rsidRDefault="009E69B5" w:rsidP="00425372">
        <w:pPr>
          <w:pStyle w:val="Header"/>
          <w:rPr>
            <w:color w:val="FFFFFF" w:themeColor="background1"/>
            <w:sz w:val="28"/>
            <w:szCs w:val="28"/>
            <w:highlight w:val="blue"/>
          </w:rPr>
        </w:pPr>
        <w:sdt>
          <w:sdtPr>
            <w:rPr>
              <w:color w:val="FFFFFF" w:themeColor="background1"/>
              <w:sz w:val="28"/>
              <w:szCs w:val="28"/>
              <w:highlight w:val="blue"/>
              <w:shd w:val="clear" w:color="auto" w:fill="365F91" w:themeFill="accent1" w:themeFillShade="BF"/>
            </w:rPr>
            <w:alias w:val="Title"/>
            <w:tag w:val=""/>
            <w:id w:val="-484788024"/>
            <w:placeholder>
              <w:docPart w:val="A071E1EF43B140D996DE499DB71E804A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Content>
            <w:r w:rsidR="009114A0">
              <w:rPr>
                <w:color w:val="FFFFFF" w:themeColor="background1"/>
                <w:sz w:val="28"/>
                <w:szCs w:val="28"/>
                <w:highlight w:val="blue"/>
                <w:shd w:val="clear" w:color="auto" w:fill="365F91" w:themeFill="accent1" w:themeFillShade="BF"/>
              </w:rPr>
              <w:t xml:space="preserve">      </w:t>
            </w:r>
            <w:r w:rsidR="00C863C4">
              <w:rPr>
                <w:color w:val="FFFFFF" w:themeColor="background1"/>
                <w:sz w:val="28"/>
                <w:szCs w:val="28"/>
                <w:highlight w:val="blue"/>
                <w:shd w:val="clear" w:color="auto" w:fill="365F91" w:themeFill="accent1" w:themeFillShade="BF"/>
              </w:rPr>
              <w:t xml:space="preserve"> </w:t>
            </w:r>
            <w:r w:rsidRPr="009114A0">
              <w:rPr>
                <w:color w:val="FFFFFF" w:themeColor="background1"/>
                <w:sz w:val="28"/>
                <w:szCs w:val="28"/>
                <w:highlight w:val="blue"/>
                <w:shd w:val="clear" w:color="auto" w:fill="365F91" w:themeFill="accent1" w:themeFillShade="BF"/>
              </w:rPr>
              <w:t xml:space="preserve">AMERICAN LEGION — DEPT. OF </w:t>
            </w:r>
            <w:r w:rsidR="00D40848" w:rsidRPr="009114A0">
              <w:rPr>
                <w:color w:val="FFFFFF" w:themeColor="background1"/>
                <w:sz w:val="28"/>
                <w:szCs w:val="28"/>
                <w:highlight w:val="blue"/>
                <w:shd w:val="clear" w:color="auto" w:fill="365F91" w:themeFill="accent1" w:themeFillShade="BF"/>
              </w:rPr>
              <w:t>PENNSYLVANIA | POST</w:t>
            </w:r>
            <w:r w:rsidRPr="009114A0">
              <w:rPr>
                <w:color w:val="FFFFFF" w:themeColor="background1"/>
                <w:sz w:val="28"/>
                <w:szCs w:val="28"/>
                <w:highlight w:val="blue"/>
                <w:shd w:val="clear" w:color="auto" w:fill="365F91" w:themeFill="accent1" w:themeFillShade="BF"/>
              </w:rPr>
              <w:t xml:space="preserve"> ANALYSIS FORM</w:t>
            </w:r>
          </w:sdtContent>
        </w:sdt>
      </w:p>
      <w:p w14:paraId="78EC182F" w14:textId="013D1AFD" w:rsidR="00934837" w:rsidRPr="00934837" w:rsidRDefault="00934837" w:rsidP="00934837">
        <w:pPr>
          <w:tabs>
            <w:tab w:val="center" w:pos="4680"/>
            <w:tab w:val="right" w:pos="9360"/>
          </w:tabs>
          <w:spacing w:after="0" w:line="240" w:lineRule="auto"/>
          <w:jc w:val="right"/>
        </w:pPr>
      </w:p>
    </w:sdtContent>
  </w:sdt>
  <w:p w14:paraId="7B286429" w14:textId="2C913198" w:rsidR="002F60F2" w:rsidRDefault="002F60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88482256">
    <w:abstractNumId w:val="8"/>
  </w:num>
  <w:num w:numId="2" w16cid:durableId="80151227">
    <w:abstractNumId w:val="6"/>
  </w:num>
  <w:num w:numId="3" w16cid:durableId="1577275477">
    <w:abstractNumId w:val="5"/>
  </w:num>
  <w:num w:numId="4" w16cid:durableId="1717315786">
    <w:abstractNumId w:val="4"/>
  </w:num>
  <w:num w:numId="5" w16cid:durableId="252011108">
    <w:abstractNumId w:val="7"/>
  </w:num>
  <w:num w:numId="6" w16cid:durableId="442307489">
    <w:abstractNumId w:val="3"/>
  </w:num>
  <w:num w:numId="7" w16cid:durableId="1810631315">
    <w:abstractNumId w:val="2"/>
  </w:num>
  <w:num w:numId="8" w16cid:durableId="1800295628">
    <w:abstractNumId w:val="1"/>
  </w:num>
  <w:num w:numId="9" w16cid:durableId="265045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5793"/>
    <w:rsid w:val="000F3784"/>
    <w:rsid w:val="000F55B8"/>
    <w:rsid w:val="00101022"/>
    <w:rsid w:val="00125459"/>
    <w:rsid w:val="0015074B"/>
    <w:rsid w:val="00190803"/>
    <w:rsid w:val="001A453A"/>
    <w:rsid w:val="00213F4D"/>
    <w:rsid w:val="00272061"/>
    <w:rsid w:val="002807FF"/>
    <w:rsid w:val="00283B3B"/>
    <w:rsid w:val="0029639D"/>
    <w:rsid w:val="002D4BAE"/>
    <w:rsid w:val="002F3678"/>
    <w:rsid w:val="002F60F2"/>
    <w:rsid w:val="00306C97"/>
    <w:rsid w:val="00311825"/>
    <w:rsid w:val="00323C33"/>
    <w:rsid w:val="00326F90"/>
    <w:rsid w:val="003B166B"/>
    <w:rsid w:val="00425372"/>
    <w:rsid w:val="004F6E78"/>
    <w:rsid w:val="0061712C"/>
    <w:rsid w:val="00647894"/>
    <w:rsid w:val="00672D39"/>
    <w:rsid w:val="006E28BF"/>
    <w:rsid w:val="00731ED0"/>
    <w:rsid w:val="00756558"/>
    <w:rsid w:val="0078699C"/>
    <w:rsid w:val="007A2EE0"/>
    <w:rsid w:val="007B47D4"/>
    <w:rsid w:val="008B04FB"/>
    <w:rsid w:val="008B6DB4"/>
    <w:rsid w:val="008E0E9C"/>
    <w:rsid w:val="008E4C6D"/>
    <w:rsid w:val="00906FA7"/>
    <w:rsid w:val="009114A0"/>
    <w:rsid w:val="00934837"/>
    <w:rsid w:val="009412F9"/>
    <w:rsid w:val="0095025D"/>
    <w:rsid w:val="00952104"/>
    <w:rsid w:val="009D1A1A"/>
    <w:rsid w:val="009E69B5"/>
    <w:rsid w:val="00A36364"/>
    <w:rsid w:val="00A42A3F"/>
    <w:rsid w:val="00A73D28"/>
    <w:rsid w:val="00AA1D8D"/>
    <w:rsid w:val="00AA4E1B"/>
    <w:rsid w:val="00AA5E74"/>
    <w:rsid w:val="00AB3543"/>
    <w:rsid w:val="00AE5CFF"/>
    <w:rsid w:val="00B47730"/>
    <w:rsid w:val="00B5558D"/>
    <w:rsid w:val="00B6420B"/>
    <w:rsid w:val="00B83648"/>
    <w:rsid w:val="00BA3805"/>
    <w:rsid w:val="00BA3FD1"/>
    <w:rsid w:val="00BE1DF5"/>
    <w:rsid w:val="00BF68E8"/>
    <w:rsid w:val="00C37A41"/>
    <w:rsid w:val="00C863C4"/>
    <w:rsid w:val="00CA1177"/>
    <w:rsid w:val="00CA2DC6"/>
    <w:rsid w:val="00CB0664"/>
    <w:rsid w:val="00D14A2D"/>
    <w:rsid w:val="00D30A04"/>
    <w:rsid w:val="00D360D1"/>
    <w:rsid w:val="00D40848"/>
    <w:rsid w:val="00DB485E"/>
    <w:rsid w:val="00DF2D45"/>
    <w:rsid w:val="00E44A19"/>
    <w:rsid w:val="00E70210"/>
    <w:rsid w:val="00EA48FF"/>
    <w:rsid w:val="00EC1DBC"/>
    <w:rsid w:val="00EE200B"/>
    <w:rsid w:val="00F23BDF"/>
    <w:rsid w:val="00F40493"/>
    <w:rsid w:val="00F64C3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00"/>
  <w15:docId w15:val="{8BDC70A6-E561-4EEA-A1E3-F828484CB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1A1A1A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95210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B6420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071E1EF43B140D996DE499DB71E80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EA8579-54BE-45C3-99C2-269C7A65F5E4}"/>
      </w:docPartPr>
      <w:docPartBody>
        <w:p w:rsidR="00E42EC9" w:rsidRDefault="00D340ED" w:rsidP="00D340ED">
          <w:pPr>
            <w:pStyle w:val="A071E1EF43B140D996DE499DB71E804A"/>
          </w:pPr>
          <w:r>
            <w:rPr>
              <w:color w:val="0E2841" w:themeColor="text2"/>
              <w:sz w:val="20"/>
              <w:szCs w:val="20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0ED"/>
    <w:rsid w:val="00AB3543"/>
    <w:rsid w:val="00D340ED"/>
    <w:rsid w:val="00E42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340ED"/>
    <w:rPr>
      <w:color w:val="808080"/>
    </w:rPr>
  </w:style>
  <w:style w:type="paragraph" w:customStyle="1" w:styleId="7AD1EC47364B49F1B1BBC9E36EAA4B66">
    <w:name w:val="7AD1EC47364B49F1B1BBC9E36EAA4B66"/>
    <w:rsid w:val="00D340ED"/>
  </w:style>
  <w:style w:type="paragraph" w:customStyle="1" w:styleId="5DBCE44B69A2484699F054BEC48A60E8">
    <w:name w:val="5DBCE44B69A2484699F054BEC48A60E8"/>
    <w:rsid w:val="00D340ED"/>
  </w:style>
  <w:style w:type="paragraph" w:customStyle="1" w:styleId="DD62060DAE9B49969EA3F24E2C9112DD">
    <w:name w:val="DD62060DAE9B49969EA3F24E2C9112DD"/>
    <w:rsid w:val="00D340ED"/>
  </w:style>
  <w:style w:type="paragraph" w:customStyle="1" w:styleId="A071E1EF43B140D996DE499DB71E804A">
    <w:name w:val="A071E1EF43B140D996DE499DB71E804A"/>
    <w:rsid w:val="00D340E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AMERICAN LEGION — DEPT. OF PENNSYLVANIA | POST ANALYSIS FORM</dc:title>
  <dc:subject/>
  <dc:creator>Steve Kissner</dc:creator>
  <cp:keywords/>
  <dc:description>generated by python-docx</dc:description>
  <cp:lastModifiedBy>Steve Kissner</cp:lastModifiedBy>
  <cp:revision>2</cp:revision>
  <cp:lastPrinted>2026-10-07T18:30:00Z</cp:lastPrinted>
  <dcterms:created xsi:type="dcterms:W3CDTF">2026-10-07T18:37:00Z</dcterms:created>
  <dcterms:modified xsi:type="dcterms:W3CDTF">2026-10-07T18:37:00Z</dcterms:modified>
  <cp:category/>
</cp:coreProperties>
</file>